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學生 AI 使用歷程表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規則：第 1 格必須在開啟 AI 之前填寫。先寫下自己的想法，才使用 AI。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姓名 Name: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班別 Class: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日期 Date: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科目 Subject: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題目 Task: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第一次嘗試 —— 未用 AI 前，我自己的想法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我的提示 —— 我問了什麼（原文）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 的回答 —— 它說了什麼（摘要）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我核對了什麼 —— 我查證 / 改動了哪一處？用什麼來源？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最後版本與解釋 —— 我為什麼這樣改？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1</w:t>
            </w:r>
          </w:p>
        </w:tc>
        <w:tc>
          <w:tcPr>
            <w:tcW w:type="dxa" w:w="257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3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4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5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第 4 格是整份表的關鍵。若交不出第 4 格，代表未做核對。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