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P4 香港人口折線圖：檢查 AI 生成的解釋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P4 香港人口折線圖：檢查 AI 生成的解釋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一、AI 這樣說 An AI wrote this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AI 生成（示範用） 「根據資料，香港人口由 1991 年的約 560 萬人，一路穩定上升至 2021 年的 7,413,070 人，之後每年都繼續上升。預計到 2030 年會達到 900 萬人。」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你的任務：不要直接相信它。用官方數據逐項核對，然後自己做一份正確的折線圖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二、核對步驟 Verification steps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這段話有沒有說出資料來源？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找出它提供的數字，逐一與官方數據對照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檢查它對趨勢的描述（「每年都上升」）是否被數據支持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檢查它對未來的講法（「預計 900 萬」）有沒有依據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官方來源 Official source 政府統計處 Census and Statistics Department —— 人口數字： Table 110-01001 https://www.censtatd.gov.hk/en/web_table.html?id=110-01001 （若連結更新，請從「統計數據 → 人口 → 人口數字」重新進入。）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三、核對表 Checklist table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97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AI 的說法</w:t>
            </w:r>
          </w:p>
        </w:tc>
        <w:tc>
          <w:tcPr>
            <w:tcW w:type="dxa" w:w="175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官方數據是多少？</w:t>
            </w:r>
          </w:p>
        </w:tc>
        <w:tc>
          <w:tcPr>
            <w:tcW w:type="dxa" w:w="1577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一致嗎？</w:t>
            </w:r>
          </w:p>
        </w:tc>
        <w:tc>
          <w:tcPr>
            <w:tcW w:type="dxa" w:w="332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你的證據 / 來源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1991 年約 560 萬人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2021 年 7,413,070 人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「之後每年都繼續上升」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「預計 2030 年 900 萬人」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四、用官方數據重畫折線圖 Re-plot with official data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從官方數據表選取最少 5 個年份，填在下表，然後在方格紙上畫出折線圖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年份 Year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人口 Population</w:t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用一句話描述趨勢：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五、想一想 Think about it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AI 的解釋中，有一部分是正確的。為什麼「對了一半」仍然危險？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如果你沒有去核對，最可能被誤導的是哪一句？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下次使用 AI 找資料時，你會先做什麼？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答案要點（教師用）Answer key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06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項目</w:t>
            </w:r>
          </w:p>
        </w:tc>
        <w:tc>
          <w:tcPr>
            <w:tcW w:type="dxa" w:w="2570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要點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沒有來源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整段話沒有說明數字從何而來 —— 這是第一個警號。學生應學會向 AI 追問來源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2021 年數字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予以核對。此數字與官方一致 —— 用來示範「AI 也可能說對」，因此不能單憑語氣判斷真偽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「每年都上升」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與數據不符。核對官方數據後會找到並非上升的年份。這是本課最重要的發現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「預計 900 萬」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沒有依據，且混淆了「已發生的事實」與「預測」。學生應指出它沒有說明推算方法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1991 年數字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AI 未提供來源，須以官方數據核對後再判斷</w:t>
            </w:r>
          </w:p>
        </w:tc>
      </w:tr>
    </w:tbl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