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P4–P6 中文：我的故事，多元聲音（訪談與記錄）</w:t>
      </w:r>
    </w:p>
    <w:p>
      <w:r>
        <w:rPr>
          <w:b w:val="0"/>
        </w:rPr>
        <w:t>工作紙</w:t>
      </w:r>
    </w:p>
    <w:p/>
    <w:p>
      <w:r>
        <w:rPr>
          <w:b w:val="0"/>
        </w:rPr>
        <w:t>⚠️ 全部例子均為虛構，不涉及任何真實學生、家庭或學校。</w:t>
      </w:r>
    </w:p>
    <w:p>
      <w:pPr>
        <w:pStyle w:val="Heading2"/>
      </w:pPr>
      <w:r>
        <w:t>如何使用</w:t>
      </w:r>
    </w:p>
    <w:p>
      <w:pPr>
        <w:pStyle w:val="ListBullet"/>
      </w:pPr>
      <w:r>
        <w:t>兩節課，各約 35 分鐘：第一節訪問準備，第二節寫作。</w:t>
      </w:r>
    </w:p>
    <w:p>
      <w:pPr>
        <w:pStyle w:val="ListBullet"/>
      </w:pPr>
      <w:r>
        <w:t>錄音與家人的個人資料，不上載到任何 AI 工具。</w:t>
      </w:r>
    </w:p>
    <w:p>
      <w:pPr>
        <w:pStyle w:val="ListBullet"/>
      </w:pPr>
      <w:r>
        <w:t>教師收答案時，用後頁的評分指引，找出下一步要教什麼。</w:t>
      </w:r>
    </w:p>
    <w:p>
      <w:pPr>
        <w:pStyle w:val="Heading2"/>
      </w:pPr>
      <w:r>
        <w:t>第一課：訪問準備</w:t>
      </w:r>
    </w:p>
    <w:p>
      <w:r>
        <w:rPr>
          <w:b w:val="0"/>
        </w:rPr>
        <w:t>選一個訪問對象（不一定要是家人）：家人、鄰居、學校教職員、一件有故事的物件，或社區一處地方。</w:t>
      </w:r>
    </w:p>
    <w:p>
      <w:r>
        <w:rPr>
          <w:b w:val="0"/>
        </w:rPr>
        <w:t>全班一起寫下三條規矩：</w:t>
      </w:r>
    </w:p>
    <w:p>
      <w:pPr>
        <w:pStyle w:val="ListBullet"/>
      </w:pPr>
      <w:r>
        <w:t>錄音與家人的個人資料，不上載任何 AI 工具。</w:t>
      </w:r>
    </w:p>
    <w:p>
      <w:pPr>
        <w:pStyle w:val="ListBullet"/>
      </w:pPr>
      <w:r>
        <w:t>AI 只做三件被點名的工作（見界線清單）。</w:t>
      </w:r>
    </w:p>
    <w:p>
      <w:pPr>
        <w:pStyle w:val="ListBullet"/>
      </w:pPr>
      <w:r>
        <w:t>AI 不得添加家人沒有說過的事件、地方、名字或細節。</w:t>
      </w:r>
    </w:p>
    <w:p>
      <w:r>
        <w:rPr>
          <w:b/>
        </w:rPr>
        <w:t>問題庫——問一個時間、一個地方、一個改變，不要問可以查到的資料。</w:t>
      </w:r>
    </w:p>
    <w:p>
      <w:pPr>
        <w:pStyle w:val="ListBullet"/>
      </w:pPr>
      <w:r>
        <w:t>時間：你第一次來香港是幾時？那時你幾多歲？</w:t>
      </w:r>
    </w:p>
    <w:p>
      <w:pPr>
        <w:pStyle w:val="ListBullet"/>
      </w:pPr>
      <w:r>
        <w:t>地方：那時你住在哪裏？那條街是怎樣的？</w:t>
      </w:r>
    </w:p>
    <w:p>
      <w:pPr>
        <w:pStyle w:val="ListBullet"/>
      </w:pPr>
      <w:r>
        <w:t>改變：這個地方後來有什麼改變？你最不捨得的是什麼？</w:t>
      </w:r>
    </w:p>
    <w:p>
      <w:pPr>
        <w:pStyle w:val="ListBullet"/>
      </w:pPr>
      <w:r>
        <w:t>物件：這件物件是怎樣得來的？它陪了你多久？</w:t>
      </w:r>
    </w:p>
    <w:p/>
    <w:p>
      <w:r>
        <w:rPr>
          <w:b/>
        </w:rPr>
        <w:t>我的訪問問題（至少三條）：</w:t>
      </w:r>
    </w:p>
    <w:p>
      <w:r>
        <w:rPr>
          <w:b w:val="0"/>
        </w:rPr>
        <w:t>1. ＿＿＿＿＿＿＿＿＿＿＿＿＿＿＿＿＿＿＿＿＿＿＿＿＿＿＿＿</w:t>
      </w:r>
    </w:p>
    <w:p>
      <w:r>
        <w:rPr>
          <w:b w:val="0"/>
        </w:rPr>
        <w:t>2. ＿＿＿＿＿＿＿＿＿＿＿＿＿＿＿＿＿＿＿＿＿＿＿＿＿＿＿＿</w:t>
      </w:r>
    </w:p>
    <w:p>
      <w:r>
        <w:rPr>
          <w:b w:val="0"/>
        </w:rPr>
        <w:t>3. ＿＿＿＿＿＿＿＿＿＿＿＿＿＿＿＿＿＿＿＿＿＿＿＿＿＿＿＿</w:t>
      </w:r>
    </w:p>
    <w:p>
      <w:r>
        <w:rPr>
          <w:b w:val="0"/>
        </w:rPr>
        <w:t>4. ＿＿＿＿＿＿＿＿＿＿＿＿＿＿＿＿＿＿＿＿＿＿＿＿＿＿＿＿</w:t>
      </w:r>
    </w:p>
    <w:p>
      <w:r>
        <w:rPr>
          <w:b w:val="0"/>
        </w:rPr>
        <w:t>5. ＿＿＿＿＿＿＿＿＿＿＿＿＿＿＿＿＿＿＿＿＿＿＿＿＿＿＿＿</w:t>
      </w:r>
    </w:p>
    <w:p/>
    <w:p>
      <w:r>
        <w:rPr>
          <w:b w:val="0"/>
        </w:rPr>
        <w:t>□ 我已向受訪者說明用途，並取得對方口頭同意。</w:t>
      </w:r>
    </w:p>
    <w:p>
      <w:pPr>
        <w:pStyle w:val="Heading2"/>
      </w:pPr>
      <w:r>
        <w:t>第二課：記錄</w:t>
      </w:r>
    </w:p>
    <w:p>
      <w:r>
        <w:rPr>
          <w:b w:val="0"/>
        </w:rPr>
        <w:t>記錄方式：筆記或短錄音。規則：錄音留在家人或你手上，不上載到任何 AI 工具。</w:t>
      </w:r>
    </w:p>
    <w:p>
      <w:r>
        <w:rPr>
          <w:b w:val="0"/>
        </w:rPr>
        <w:t>我的筆記／錄音重點（時間、地方、改變，各寫一點）：</w:t>
      </w:r>
    </w:p>
    <w:p>
      <w:r>
        <w:rPr>
          <w:b w:val="0"/>
        </w:rPr>
        <w:t>＿＿＿＿＿＿＿＿＿＿＿＿＿＿＿＿＿＿＿＿＿＿＿＿＿＿＿＿＿＿＿＿</w:t>
      </w:r>
    </w:p>
    <w:p>
      <w:r>
        <w:rPr>
          <w:b w:val="0"/>
        </w:rPr>
        <w:t>＿＿＿＿＿＿＿＿＿＿＿＿＿＿＿＿＿＿＿＿＿＿＿＿＿＿＿＿＿＿＿＿</w:t>
      </w:r>
    </w:p>
    <w:p>
      <w:r>
        <w:rPr>
          <w:b w:val="0"/>
        </w:rPr>
        <w:t>＿＿＿＿＿＿＿＿＿＿＿＿＿＿＿＿＿＿＿＿＿＿＿＿＿＿＿＿＿＿＿＿</w:t>
      </w:r>
    </w:p>
    <w:p>
      <w:r>
        <w:rPr>
          <w:b w:val="0"/>
        </w:rPr>
        <w:t>＿＿＿＿＿＿＿＿＿＿＿＿＿＿＿＿＿＿＿＿＿＿＿＿＿＿＿＿＿＿＿＿</w:t>
      </w:r>
    </w:p>
    <w:p>
      <w:pPr>
        <w:pStyle w:val="Heading2"/>
      </w:pPr>
      <w:r>
        <w:t>第三課：起草（第一人稱）</w:t>
      </w:r>
    </w:p>
    <w:p>
      <w:r>
        <w:rPr>
          <w:b/>
        </w:rPr>
        <w:t>AI 使用界線清單——先在下面勾出對的項目：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我可以請 AI 做（只此三件）</w:t>
            </w:r>
          </w:p>
        </w:tc>
        <w:tc>
          <w:tcPr>
            <w:tcW w:type="dxa" w:w="4819"/>
          </w:tcPr>
          <w:p>
            <w:r>
              <w:rPr>
                <w:b/>
              </w:rPr>
              <w:t>不可以請 AI 做</w:t>
            </w:r>
          </w:p>
        </w:tc>
      </w:tr>
      <w:tr>
        <w:tc>
          <w:tcPr>
            <w:tcW w:type="dxa" w:w="4819"/>
          </w:tcPr>
          <w:p>
            <w:r>
              <w:t>建議一個開頭句。</w:t>
            </w:r>
          </w:p>
        </w:tc>
        <w:tc>
          <w:tcPr>
            <w:tcW w:type="dxa" w:w="4819"/>
          </w:tcPr>
          <w:p>
            <w:r>
              <w:t>添加家人沒有說過的事件、地方、名字或細節。</w:t>
            </w:r>
          </w:p>
        </w:tc>
      </w:tr>
      <w:tr>
        <w:tc>
          <w:tcPr>
            <w:tcW w:type="dxa" w:w="4819"/>
          </w:tcPr>
          <w:p>
            <w:r>
              <w:t>建議怎樣把一句「像逐字稿」的句子改寫得通順。</w:t>
            </w:r>
          </w:p>
        </w:tc>
        <w:tc>
          <w:tcPr>
            <w:tcW w:type="dxa" w:w="4819"/>
          </w:tcPr>
          <w:p>
            <w:r>
              <w:t>把家人的錄音或個人資料上載。</w:t>
            </w:r>
          </w:p>
        </w:tc>
      </w:tr>
      <w:tr>
        <w:tc>
          <w:tcPr>
            <w:tcW w:type="dxa" w:w="4819"/>
          </w:tcPr>
          <w:p>
            <w:r>
              <w:t>檢查一段文字的時態是否一致。</w:t>
            </w:r>
          </w:p>
        </w:tc>
        <w:tc>
          <w:tcPr>
            <w:tcW w:type="dxa" w:w="4819"/>
          </w:tcPr>
          <w:p>
            <w:r>
              <w:t>代替我寫整篇故事。</w:t>
            </w:r>
          </w:p>
        </w:tc>
      </w:tr>
      <w:tr>
        <w:tc>
          <w:tcPr>
            <w:tcW w:type="dxa" w:w="4819"/>
          </w:tcPr>
          <w:p>
            <w:r/>
          </w:p>
        </w:tc>
        <w:tc>
          <w:tcPr>
            <w:tcW w:type="dxa" w:w="4819"/>
          </w:tcPr>
          <w:p>
            <w:r>
              <w:t>更改家人所說的意思。</w:t>
            </w:r>
          </w:p>
        </w:tc>
      </w:tr>
    </w:tbl>
    <w:p/>
    <w:p>
      <w:r>
        <w:rPr>
          <w:b/>
        </w:rPr>
        <w:t>我的草稿（第一人稱，用自己的話）——在每句旁標上「家人說」或「我寫」：</w:t>
      </w:r>
    </w:p>
    <w:p>
      <w:r>
        <w:rPr>
          <w:b w:val="0"/>
        </w:rPr>
        <w:t>＿＿＿＿＿＿＿＿＿＿＿＿＿＿＿＿＿＿＿＿＿＿＿＿＿＿＿＿＿＿＿＿</w:t>
      </w:r>
    </w:p>
    <w:p>
      <w:r>
        <w:rPr>
          <w:b w:val="0"/>
        </w:rPr>
        <w:t>＿＿＿＿＿＿＿＿＿＿＿＿＿＿＿＿＿＿＿＿＿＿＿＿＿＿＿＿＿＿＿＿</w:t>
      </w:r>
    </w:p>
    <w:p>
      <w:r>
        <w:rPr>
          <w:b w:val="0"/>
        </w:rPr>
        <w:t>＿＿＿＿＿＿＿＿＿＿＿＿＿＿＿＿＿＿＿＿＿＿＿＿＿＿＿＿＿＿＿＿</w:t>
      </w:r>
    </w:p>
    <w:p>
      <w:r>
        <w:rPr>
          <w:b w:val="0"/>
        </w:rPr>
        <w:t>＿＿＿＿＿＿＿＿＿＿＿＿＿＿＿＿＿＿＿＿＿＿＿＿＿＿＿＿＿＿＿＿</w:t>
      </w:r>
    </w:p>
    <w:p>
      <w:r>
        <w:rPr>
          <w:b w:val="0"/>
        </w:rPr>
        <w:t>＿＿＿＿＿＿＿＿＿＿＿＿＿＿＿＿＿＿＿＿＿＿＿＿＿＿＿＿＿＿＿＿</w:t>
      </w:r>
    </w:p>
    <w:p>
      <w:r>
        <w:rPr>
          <w:b w:val="0"/>
        </w:rPr>
        <w:t>＿＿＿＿＿＿＿＿＿＿＿＿＿＿＿＿＿＿＿＿＿＿＿＿＿＿＿＿＿＿＿＿</w:t>
      </w:r>
    </w:p>
    <w:p>
      <w:pPr>
        <w:pStyle w:val="Heading2"/>
      </w:pPr>
      <w:r>
        <w:t>比較聲音</w:t>
      </w:r>
    </w:p>
    <w:p>
      <w:r>
        <w:rPr>
          <w:b w:val="0"/>
        </w:rPr>
        <w:t>一句話：家人口述的版本和我筆下的版本，有什麼不同？為什麼？</w:t>
      </w:r>
    </w:p>
    <w:p>
      <w:r>
        <w:rPr>
          <w:b w:val="0"/>
        </w:rPr>
        <w:t>＿＿＿＿＿＿＿＿＿＿＿＿＿＿＿＿＿＿＿＿＿＿＿＿＿＿＿＿＿＿＿＿</w:t>
      </w:r>
    </w:p>
    <w:p>
      <w:r>
        <w:rPr>
          <w:b w:val="0"/>
        </w:rPr>
        <w:t>＿＿＿＿＿＿＿＿＿＿＿＿＿＿＿＿＿＿＿＿＿＿＿＿＿＿＿＿＿＿＿＿</w:t>
      </w:r>
    </w:p>
    <w:p/>
    <w:p>
      <w:r>
        <w:rPr>
          <w:b/>
        </w:rPr>
        <w:t>同儕回應框：</w:t>
      </w:r>
    </w:p>
    <w:p>
      <w:r>
        <w:rPr>
          <w:b w:val="0"/>
        </w:rPr>
        <w:t>我喜歡：＿＿＿＿＿＿＿＿＿＿＿＿＿＿＿＿＿＿＿＿＿＿</w:t>
      </w:r>
    </w:p>
    <w:p>
      <w:r>
        <w:rPr>
          <w:b w:val="0"/>
        </w:rPr>
        <w:t>我想問：＿＿＿＿＿＿＿＿＿＿＿＿＿＿＿＿＿＿＿＿＿＿</w:t>
      </w:r>
    </w:p>
    <w:p>
      <w:r>
        <w:rPr>
          <w:b w:val="0"/>
        </w:rPr>
        <w:t>如果……會更好：＿＿＿＿＿＿＿＿＿＿＿＿＿＿＿＿＿＿</w:t>
      </w:r>
    </w:p>
    <w:p>
      <w:r>
        <w:br w:type="page"/>
      </w:r>
    </w:p>
    <w:p>
      <w:pPr>
        <w:pStyle w:val="Heading2"/>
      </w:pPr>
      <w:r>
        <w:t>評分指引與答案（教師用）</w:t>
      </w:r>
    </w:p>
    <w:p>
      <w:r>
        <w:rPr>
          <w:b/>
        </w:rPr>
        <w:t>訪問問題設計——好問題問的是「故事」，不是「可以查到的資料」。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r>
              <w:rPr>
                <w:b/>
              </w:rPr>
              <w:t>程度</w:t>
            </w:r>
          </w:p>
        </w:tc>
        <w:tc>
          <w:tcPr>
            <w:tcW w:type="dxa" w:w="4819"/>
          </w:tcPr>
          <w:p>
            <w:r>
              <w:rPr>
                <w:b/>
              </w:rPr>
              <w:t>表現</w:t>
            </w:r>
          </w:p>
        </w:tc>
      </w:tr>
      <w:tr>
        <w:tc>
          <w:tcPr>
            <w:tcW w:type="dxa" w:w="4819"/>
          </w:tcPr>
          <w:p>
            <w:r>
              <w:t>強</w:t>
            </w:r>
          </w:p>
        </w:tc>
        <w:tc>
          <w:tcPr>
            <w:tcW w:type="dxa" w:w="4819"/>
          </w:tcPr>
          <w:p>
            <w:r>
              <w:t>問題問到一個時間、一個地方、一個改變；例如「你第一次來香港是幾時？」「那條街後來有什麼改變？」而不是「你幾多歲？」「你住哪區？」。</w:t>
            </w:r>
          </w:p>
        </w:tc>
      </w:tr>
      <w:tr>
        <w:tc>
          <w:tcPr>
            <w:tcW w:type="dxa" w:w="4819"/>
          </w:tcPr>
          <w:p>
            <w:r>
              <w:t>發展中</w:t>
            </w:r>
          </w:p>
        </w:tc>
        <w:tc>
          <w:tcPr>
            <w:tcW w:type="dxa" w:w="4819"/>
          </w:tcPr>
          <w:p>
            <w:r>
              <w:t>問到時間或地方，但沒有問「改變」，或問題偏重事實。</w:t>
            </w:r>
          </w:p>
        </w:tc>
      </w:tr>
      <w:tr>
        <w:tc>
          <w:tcPr>
            <w:tcW w:type="dxa" w:w="4819"/>
          </w:tcPr>
          <w:p>
            <w:r>
              <w:t>需要協助</w:t>
            </w:r>
          </w:p>
        </w:tc>
        <w:tc>
          <w:tcPr>
            <w:tcW w:type="dxa" w:w="4819"/>
          </w:tcPr>
          <w:p>
            <w:r>
              <w:t>只問可查到的資料（姓名、年齡、地址），問不出故事。</w:t>
            </w:r>
          </w:p>
        </w:tc>
      </w:tr>
    </w:tbl>
    <w:p/>
    <w:p>
      <w:r>
        <w:rPr>
          <w:b/>
        </w:rPr>
        <w:t>AI 使用界線清單（正確答案）——「我可以請 AI 做」只有三件：</w:t>
      </w:r>
    </w:p>
    <w:p>
      <w:pPr>
        <w:pStyle w:val="ListBullet"/>
      </w:pPr>
      <w:r>
        <w:t>建議一個開頭句。</w:t>
      </w:r>
    </w:p>
    <w:p>
      <w:pPr>
        <w:pStyle w:val="ListBullet"/>
      </w:pPr>
      <w:r>
        <w:t>建議怎樣把一句「像逐字稿」的句子改寫得通順。</w:t>
      </w:r>
    </w:p>
    <w:p>
      <w:pPr>
        <w:pStyle w:val="ListBullet"/>
      </w:pPr>
      <w:r>
        <w:t>檢查一段文字的時態是否一致。</w:t>
      </w:r>
    </w:p>
    <w:p>
      <w:r>
        <w:rPr>
          <w:b w:val="0"/>
        </w:rPr>
        <w:t>「不可以請 AI 做」：添加家人沒有說過的細節；上載錄音或個人資料；代替學生寫整篇；更改家人所說的意思。</w:t>
      </w:r>
    </w:p>
    <w:p/>
    <w:p>
      <w:r>
        <w:rPr>
          <w:b/>
        </w:rPr>
        <w:t>草稿標記——好作品能逐句標明來源（「家人說」的事實與細節／「我寫」的轉述與連接），AI 改寫過的句子也如實標示。</w:t>
      </w:r>
    </w:p>
    <w:p/>
    <w:p>
      <w:r>
        <w:rPr>
          <w:b/>
        </w:rPr>
        <w:t>比較聲音——好答案要說出改變了什麼（口語變書面語、第一身變第三身轉述、加入連接）、為什麼（寫作是翻譯，不是逐字抄錄），並指出保留了什麼（家人的細節與意思仍在）。</w:t>
      </w:r>
    </w:p>
    <w:p>
      <w:r>
        <w:rPr>
          <w:b w:val="0"/>
        </w:rPr>
        <w:t>虛構例子：家人說「嗰陣時我哋住喺天台，夏天熱到瞓唔著」；學生寫成「祖母記得，她小時候住的地方夏天很熱，晚上常常睡不著。」——改變的是語體（口語變書面語）與人稱（加了「祖母記得」的轉述框架）；沒有改變的是事實（天台、夏天很熱）仍來自家人。不是哪種說法「錯」，而是口語與書面語是兩種語體。</w:t>
      </w:r>
    </w:p>
    <w:p/>
    <w:p>
      <w:r>
        <w:rPr>
          <w:b/>
        </w:rPr>
        <w:t>評分指引：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</w:tcPr>
          <w:p>
            <w:r>
              <w:rPr>
                <w:b/>
              </w:rPr>
              <w:t>能力</w:t>
            </w:r>
          </w:p>
        </w:tc>
        <w:tc>
          <w:tcPr>
            <w:tcW w:type="dxa" w:w="2409"/>
          </w:tcPr>
          <w:p>
            <w:r>
              <w:rPr>
                <w:b/>
              </w:rPr>
              <w:t>強</w:t>
            </w:r>
          </w:p>
        </w:tc>
        <w:tc>
          <w:tcPr>
            <w:tcW w:type="dxa" w:w="2409"/>
          </w:tcPr>
          <w:p>
            <w:r>
              <w:rPr>
                <w:b/>
              </w:rPr>
              <w:t>發展中</w:t>
            </w:r>
          </w:p>
        </w:tc>
        <w:tc>
          <w:tcPr>
            <w:tcW w:type="dxa" w:w="2409"/>
          </w:tcPr>
          <w:p>
            <w:r>
              <w:rPr>
                <w:b/>
              </w:rPr>
              <w:t>需要協助</w:t>
            </w:r>
          </w:p>
        </w:tc>
      </w:tr>
      <w:tr>
        <w:tc>
          <w:tcPr>
            <w:tcW w:type="dxa" w:w="2409"/>
          </w:tcPr>
          <w:p>
            <w:r>
              <w:t>訪問問題</w:t>
            </w:r>
          </w:p>
        </w:tc>
        <w:tc>
          <w:tcPr>
            <w:tcW w:type="dxa" w:w="2409"/>
          </w:tcPr>
          <w:p>
            <w:r>
              <w:t>問到時間、地方、改變，且問題開放、能引出故事</w:t>
            </w:r>
          </w:p>
        </w:tc>
        <w:tc>
          <w:tcPr>
            <w:tcW w:type="dxa" w:w="2409"/>
          </w:tcPr>
          <w:p>
            <w:r>
              <w:t>問到時間或地方，但沒有問改變</w:t>
            </w:r>
          </w:p>
        </w:tc>
        <w:tc>
          <w:tcPr>
            <w:tcW w:type="dxa" w:w="2409"/>
          </w:tcPr>
          <w:p>
            <w:r>
              <w:t>只問可查到的資料</w:t>
            </w:r>
          </w:p>
        </w:tc>
      </w:tr>
      <w:tr>
        <w:tc>
          <w:tcPr>
            <w:tcW w:type="dxa" w:w="2409"/>
          </w:tcPr>
          <w:p>
            <w:r>
              <w:t>私隱與界線</w:t>
            </w:r>
          </w:p>
        </w:tc>
        <w:tc>
          <w:tcPr>
            <w:tcW w:type="dxa" w:w="2409"/>
          </w:tcPr>
          <w:p>
            <w:r>
              <w:t>能說出錄音不上載、AI 只做三件事、不加家人沒說的細節</w:t>
            </w:r>
          </w:p>
        </w:tc>
        <w:tc>
          <w:tcPr>
            <w:tcW w:type="dxa" w:w="2409"/>
          </w:tcPr>
          <w:p>
            <w:r>
              <w:t>能說出部分界線，但有遺漏</w:t>
            </w:r>
          </w:p>
        </w:tc>
        <w:tc>
          <w:tcPr>
            <w:tcW w:type="dxa" w:w="2409"/>
          </w:tcPr>
          <w:p>
            <w:r>
              <w:t>分不清 AI 可做與不可做的事</w:t>
            </w:r>
          </w:p>
        </w:tc>
      </w:tr>
      <w:tr>
        <w:tc>
          <w:tcPr>
            <w:tcW w:type="dxa" w:w="2409"/>
          </w:tcPr>
          <w:p>
            <w:r>
              <w:t>第一人稱寫作</w:t>
            </w:r>
          </w:p>
        </w:tc>
        <w:tc>
          <w:tcPr>
            <w:tcW w:type="dxa" w:w="2409"/>
          </w:tcPr>
          <w:p>
            <w:r>
              <w:t>短文完整、用自己話、清楚標示「家人說／我寫」</w:t>
            </w:r>
          </w:p>
        </w:tc>
        <w:tc>
          <w:tcPr>
            <w:tcW w:type="dxa" w:w="2409"/>
          </w:tcPr>
          <w:p>
            <w:r>
              <w:t>短文基本完整，但標示不全</w:t>
            </w:r>
          </w:p>
        </w:tc>
        <w:tc>
          <w:tcPr>
            <w:tcW w:type="dxa" w:w="2409"/>
          </w:tcPr>
          <w:p>
            <w:r>
              <w:t>照抄口述、沒有自己話</w:t>
            </w:r>
          </w:p>
        </w:tc>
      </w:tr>
      <w:tr>
        <w:tc>
          <w:tcPr>
            <w:tcW w:type="dxa" w:w="2409"/>
          </w:tcPr>
          <w:p>
            <w:r>
              <w:t>比較聲音</w:t>
            </w:r>
          </w:p>
        </w:tc>
        <w:tc>
          <w:tcPr>
            <w:tcW w:type="dxa" w:w="2409"/>
          </w:tcPr>
          <w:p>
            <w:r>
              <w:t>說出改變了什麼、為什麼，並指出保留了什麼</w:t>
            </w:r>
          </w:p>
        </w:tc>
        <w:tc>
          <w:tcPr>
            <w:tcW w:type="dxa" w:w="2409"/>
          </w:tcPr>
          <w:p>
            <w:r>
              <w:t>說出有改變，但說不出原因</w:t>
            </w:r>
          </w:p>
        </w:tc>
        <w:tc>
          <w:tcPr>
            <w:tcW w:type="dxa" w:w="2409"/>
          </w:tcPr>
          <w:p>
            <w:r>
              <w:t>看不出分別，或認為「寫低」等於「寫作」</w:t>
            </w:r>
          </w:p>
        </w:tc>
      </w:tr>
    </w:tbl>
    <w:sectPr w:rsidR="00FC693F" w:rsidRPr="0006063C" w:rsidSect="00034616">
      <w:pgSz w:w="11906" w:h="16838"/>
      <w:pgMar w:top="1134" w:right="1134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