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第一堂 AI 課：從未用過 AI 的 P4–P6 教師自學套件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全部示例均為虛構示範，不涉及任何真實學生、學校或個案。教師可換成自己已核實的校本來源與問題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一、課前準備清單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印好學生工作紙（每人一份）與來源卡（每組一份）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準備 8 頁投影片，或把示範題 1 抄在白板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預先問 AI 一次，核對答案，決定示範題用哪一題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排好二人分組，把需要支援的學生與較強的組員配對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準備「更多挑戰」延伸題，給做得快的組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若當天 AI 工具用不到：照常上課，改用以下後備方案—— □ 用預先印好的 AI 答案（本套件已附，毋須上網） □ 或「教師扮 AI」：把預先準備的答案讀給全班聽，再照常查證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二、投影片逐頁大綱（8 頁，共 40 分鐘）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97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頁</w:t>
            </w:r>
          </w:p>
        </w:tc>
        <w:tc>
          <w:tcPr>
            <w:tcW w:type="dxa" w:w="17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屏幕上有什麼</w:t>
            </w:r>
          </w:p>
        </w:tc>
        <w:tc>
          <w:tcPr>
            <w:tcW w:type="dxa" w:w="15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教師做什麼</w:t>
            </w:r>
          </w:p>
        </w:tc>
        <w:tc>
          <w:tcPr>
            <w:tcW w:type="dxa" w:w="33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時間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標題 ＋ 三個大字「先問、再查、才信」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讀出三步，告訴學生今天會學這三步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「你聽過 AI 嗎？它幫你做過什麼？」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收集答案，不評價；不超過三人回答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重要提示：「AI 也會答錯」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舉一個日常例子，帶出「所以要查」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示範題 1 —— AI 的答案全文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全班一起讀，圈出 AI 的聲稱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查證卡（空白 ✓／✗／？）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示範怎樣對照來源卡、逐項打記號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6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示範題 1 的來源卡 A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找到錯處：沙田冇電車。講解「怎樣改」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7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實習指示：二人一組，用工作紙題 2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派工作紙與來源卡 B，巡視支援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15 分鐘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8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總結三步 ＋「拿不準怎麼辦？」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兩組分享；帶出「問老師／查第二個來源」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8 分鐘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三、共融課堂設計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更多支援（給有學習需要的學生）： □ 來源卡已把關鍵句子畫底線 □ 提供句式開頭：「我發現 AI 講錯咗＿＿＿，應該係＿＿＿，因為＿＿＿。」 □ 可只打 ✓／✗／？，不用寫整句 □ 與閱讀能力較強的同學同組；教師到組前多講一次 □ 提供圖片（電車相片、地圖）幫助理解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更多挑戰（給做得快的學生）： □ 寫一個更好的問題去問 AI □ 找第二個來源，再核對一次 □ 解釋 AI 為什麼會錯（例如：把不同地方混在一起、資料過時）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四、來源卡（影印，每組一份）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來源卡 A（示範題 1 用） 香港電車（叮叮）只喺香港島北岸行，由堅尼地城到筲箕灣。 途經中環、金鐘、灣仔、銅鑼灣、北角、筲箕灣。 沙田喺新界，冇電車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來源卡 B（實習題 2 用） 香港嘅公共交通工具包括：港鐵、巴士、小巴、的士、電車、渡海小輪、輕鐵。 渡海小輪接駁香港島同九龍，例如中環來往尖沙咀。 中環來往長洲嘅係離島線渡輪，唔係渡海小輪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五、學生工作紙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姓名 Name：＿＿＿＿＿＿＿ 班別 Class：＿＿＿ 組員 Partner：＿＿＿＿＿＿＿ 示範題 1（全班一起做）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被問：「香港電車喺邊度行？經過咩地方？」 AI 答：「香港電車主要喺香港島行。經過嘅地方包括中環、銅鑼灣，同埋沙田。」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查證：中環（ ） 銅鑼灣（ ） 沙田（ ） ← 打 ✓ 或 ✗ 或 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實習題 2（二人一組做）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被問：「香港有邊三種公共交通工具？佢哋喺邊度用？」 AI 答：「香港有三種主要公共交通工具：港鐵（MTR）、巴士、渡海小輪。其中渡海小輪係接駁香港島同九龍，例如中環來往長洲。」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喺 AI 答案裏，圈出 AI 作出嘅「聲稱」（佢講咗啲咩事實）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對照來源卡 B，喺每項聲稱旁打 ✓（對）、✗（錯）或 ？（唔確定）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寫一句話：邊度錯？點樣改？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（挑戰級）你估 AI 點解會答錯？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六、答案與評分要點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97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7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對的</w:t>
            </w:r>
          </w:p>
        </w:tc>
        <w:tc>
          <w:tcPr>
            <w:tcW w:type="dxa" w:w="15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錯的</w:t>
            </w:r>
          </w:p>
        </w:tc>
        <w:tc>
          <w:tcPr>
            <w:tcW w:type="dxa" w:w="33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好的答案應包含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示範題 1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中環、銅鑼灣有電車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沙田冇電車（喺新界）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說出「錯在哪裏」＋「怎樣改」：把「沙田」換成香港島地方（例如北角）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實習題 2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渡海小輪接駁香港島同九龍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中環來往長洲唔係渡海小輪，係離島線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指出「中環來往長洲」不是渡海小輪，改為「中環來往尖沙咀」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評分要點： · 能否圈出至少一項 AI 的聲稱。 · 能否對照來源卡，正確打 ✓／✗／？。 · 能否說出「錯在哪、怎樣改」。只寫「AI 錯」而不說哪裏錯＝未達標；寫出錯處並提出改正＝達標。 · 挑戰級好答案：具體錯處＋修正建議＋猜 AI 為何會錯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七、課後反思（教師，三問）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學生找 AI 錯處時，最困難是哪一步？（圈聲稱／對照來源／說出怎樣改）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哪個學生或哪一組下一次需要支援？我想怎樣調節？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下一次換一個科目，我會保留哪個環節、改動哪個環節？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