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Student AI-use process sheet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Rule: Box 1 must be completed before you open any AI tool. Write down your own thinking first, before using the AI.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 Name: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班別 Class: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日期 Date: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科目 Subject: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題目 Task: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First attempt — my own thinking before using AI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My prompt — what I asked (write it exactly)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The AI's answer — what it said (a summary)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What I checked — what did I verify or change, and against which source? (Box 4 — the most important one)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Final version and explanation — why did I change it this way?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1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Box 4 is the key to the whole sheet — if it is blank, no checking was done.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