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S1-S3 Visual Arts: school garden design sprint (observe, propose, improve) worksheet</w:t>
      </w:r>
    </w:p>
    <w:p>
      <w:r>
        <w:rPr>
          <w:b/>
        </w:rPr>
        <w:t>Note: all places and examples in this worksheet are fictional and do not involve any real school, place or pupil. Use the school's approved AI tool; no product is named.</w:t>
      </w:r>
    </w:p>
    <w:p/>
    <w:p>
      <w:pPr>
        <w:pStyle w:val="Heading2"/>
      </w:pPr>
      <w:r>
        <w:t>Ground rules for all three lessons</w:t>
      </w:r>
    </w:p>
    <w:p>
      <w:pPr>
        <w:pStyle w:val="ListBullet"/>
      </w:pPr>
      <w:r>
        <w:t>Record only what you see; where you cannot tell, write a question, not a number.</w:t>
      </w:r>
    </w:p>
    <w:p>
      <w:pPr>
        <w:pStyle w:val="ListBullet"/>
      </w:pPr>
      <w:r>
        <w:t>Where an official figure is needed (for example annual rainfall), the class gets it from an official source such as the Hong Kong Observatory.</w:t>
      </w:r>
    </w:p>
    <w:p>
      <w:pPr>
        <w:pStyle w:val="ListBullet"/>
      </w:pPr>
      <w:r>
        <w:t>The AI's images are not a plan, not evidence and not the finished work. The finished work is your own revised drawing, plus writing you can defend from your observation.</w:t>
      </w:r>
    </w:p>
    <w:p/>
    <w:p>
      <w:pPr>
        <w:pStyle w:val="Heading2"/>
      </w:pPr>
      <w:r>
        <w:t>Lesson 1: observation record</w:t>
      </w:r>
    </w:p>
    <w:p>
      <w:r>
        <w:rPr>
          <w:b w:val="0"/>
        </w:rPr>
        <w:t>Go to one real outdoor spot on campus and record what you can actually see. Where you cannot tell, write a question.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Item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What I see (write or draw)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What I cannot tell (write a question)</w:t>
            </w:r>
          </w:p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Sun (at two named times of day)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Ground (paved / soil / planted)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Drainage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Wind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Who walks through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What already grows there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</w:tbl>
    <w:p/>
    <w:p>
      <w:pPr>
        <w:pStyle w:val="Heading2"/>
      </w:pPr>
      <w:r>
        <w:t>Lesson 2: criteria worksheet</w:t>
      </w:r>
    </w:p>
    <w:p>
      <w:r>
        <w:rPr>
          <w:b w:val="0"/>
        </w:rPr>
        <w:t>From your observation, set four to six design criteria. Each criterion must be checkable: it names a place and a situation, and can be checked with a yes or no.</w:t>
      </w:r>
    </w:p>
    <w:p>
      <w:r>
        <w:rPr>
          <w:b w:val="0"/>
        </w:rPr>
        <w:t>Example: "between noon and one o'clock, the seating area must have shade."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Criterion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How I check it (yes / no)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Criterion 1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Criterion 2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Criterion 3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Criterion 4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Criterion 5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Criterion 6</w:t>
            </w:r>
          </w:p>
        </w:tc>
        <w:tc>
          <w:tcPr>
            <w:tcW w:type="dxa" w:w="4819"/>
          </w:tcPr>
          <w:p/>
          <w:p/>
        </w:tc>
      </w:tr>
    </w:tbl>
    <w:p/>
    <w:p>
      <w:pPr>
        <w:pStyle w:val="Heading2"/>
      </w:pPr>
      <w:r>
        <w:t>Design brief template (for lesson 2)</w:t>
      </w:r>
    </w:p>
    <w:p>
      <w:r>
        <w:rPr>
          <w:b w:val="0"/>
        </w:rPr>
        <w:t>Spot: ______________________________________________</w:t>
      </w:r>
    </w:p>
    <w:p>
      <w:r>
        <w:rPr>
          <w:b w:val="0"/>
        </w:rPr>
        <w:t>Constraints I observed (sun / ground / drainage / wind / foot traffic): ______________________</w:t>
      </w:r>
    </w:p>
    <w:p>
      <w:r>
        <w:rPr>
          <w:b w:val="0"/>
        </w:rPr>
        <w:t>My design criteria: ________________________________________</w:t>
      </w:r>
    </w:p>
    <w:p>
      <w:r>
        <w:rPr>
          <w:b w:val="0"/>
        </w:rPr>
        <w:t>What I ask the AI for: ______________________________________</w:t>
      </w:r>
    </w:p>
    <w:p/>
    <w:p>
      <w:pPr>
        <w:pStyle w:val="Heading2"/>
      </w:pPr>
      <w:r>
        <w:t>Concept comparison table (for lesson 2)</w:t>
      </w:r>
    </w:p>
    <w:p>
      <w:r>
        <w:rPr>
          <w:b w:val="0"/>
        </w:rPr>
        <w:t>After the AI proposes several layout concepts, check each one: which of my criteria does it meet? What can I not account for?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Concept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Which criteria it meets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What it cannot account for (write "unsupported")</w:t>
            </w:r>
          </w:p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Concept 1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Concept 2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Concept 3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</w:tbl>
    <w:p/>
    <w:p>
      <w:pPr>
        <w:pStyle w:val="Heading2"/>
      </w:pPr>
      <w:r>
        <w:t>Lesson 3: revision page</w:t>
      </w:r>
    </w:p>
    <w:p>
      <w:r>
        <w:rPr>
          <w:b w:val="0"/>
        </w:rPr>
        <w:t>Choose one concept and revise it by hand below, annotating each change against a criterion or a site constraint.</w:t>
      </w:r>
    </w:p>
    <w:p/>
    <w:p/>
    <w:p/>
    <w:p/>
    <w:p/>
    <w:p/>
    <w:p/>
    <w:p/>
    <w:p/>
    <w:p/>
    <w:p>
      <w:pPr>
        <w:pStyle w:val="Heading2"/>
      </w:pPr>
      <w:r>
        <w:t>Critique (for lesson 3)</w:t>
      </w:r>
    </w:p>
    <w:p>
      <w:r>
        <w:rPr>
          <w:b w:val="0"/>
        </w:rPr>
        <w:t>Write a short critique naming at least one thing the AI got wrong or could not know, tied back to your observation.</w:t>
      </w:r>
    </w:p>
    <w:p>
      <w:r>
        <w:rPr>
          <w:b w:val="0"/>
        </w:rPr>
        <w:t>What the AI got wrong / could not know: ______________________________________________</w:t>
      </w:r>
    </w:p>
    <w:p/>
    <w:p/>
    <w:p/>
    <w:p/>
    <w:p>
      <w:r>
        <w:br w:type="page"/>
      </w:r>
    </w:p>
    <w:p>
      <w:pPr>
        <w:pStyle w:val="Heading2"/>
      </w:pPr>
      <w:r>
        <w:t>Marking guide and answer notes (teacher side)</w:t>
      </w:r>
    </w:p>
    <w:p>
      <w:r>
        <w:rPr>
          <w:b w:val="0"/>
        </w:rPr>
        <w:t>This design sprint is open-ended, but good answers share checkable features.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/>
            <w:r>
              <w:rPr>
                <w:b/>
              </w:rPr>
              <w:t>Criterion</w:t>
            </w:r>
          </w:p>
        </w:tc>
        <w:tc>
          <w:tcPr>
            <w:tcW w:type="dxa" w:w="2409"/>
          </w:tcPr>
          <w:p>
            <w:r/>
            <w:r>
              <w:rPr>
                <w:b/>
              </w:rPr>
              <w:t>Strong</w:t>
            </w:r>
          </w:p>
        </w:tc>
        <w:tc>
          <w:tcPr>
            <w:tcW w:type="dxa" w:w="2409"/>
          </w:tcPr>
          <w:p>
            <w:r/>
            <w:r>
              <w:rPr>
                <w:b/>
              </w:rPr>
              <w:t>Developing</w:t>
            </w:r>
          </w:p>
        </w:tc>
        <w:tc>
          <w:tcPr>
            <w:tcW w:type="dxa" w:w="2409"/>
          </w:tcPr>
          <w:p>
            <w:r/>
            <w:r>
              <w:rPr>
                <w:b/>
              </w:rPr>
              <w:t>Needs help</w:t>
            </w:r>
          </w:p>
        </w:tc>
      </w:tr>
      <w:tr>
        <w:tc>
          <w:tcPr>
            <w:tcW w:type="dxa" w:w="2409"/>
          </w:tcPr>
          <w:p>
            <w:r/>
            <w:r>
              <w:rPr>
                <w:b w:val="0"/>
              </w:rPr>
              <w:t>Observation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Records what they saw; writes questions where they cannot tell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Has observations but mixes in guesses or outside figures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Hardly any own observation; copies figures or leaves it blank</w:t>
            </w:r>
          </w:p>
        </w:tc>
      </w:tr>
      <w:tr>
        <w:tc>
          <w:tcPr>
            <w:tcW w:type="dxa" w:w="2409"/>
          </w:tcPr>
          <w:p>
            <w:r/>
            <w:r>
              <w:rPr>
                <w:b w:val="0"/>
              </w:rPr>
              <w:t>Criteria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Criteria are checkable, with a place and a situation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Criteria are roughly sensible but hard to check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Criteria are vague ("looks nice") or missing</w:t>
            </w:r>
          </w:p>
        </w:tc>
      </w:tr>
      <w:tr>
        <w:tc>
          <w:tcPr>
            <w:tcW w:type="dxa" w:w="2409"/>
          </w:tcPr>
          <w:p>
            <w:r/>
            <w:r>
              <w:rPr>
                <w:b w:val="0"/>
              </w:rPr>
              <w:t>Concept comparison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Matches each option to its criteria, marks anything they cannot justify as unsupported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Compares but the matching is incomplete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Uses the AI image directly, with no comparison</w:t>
            </w:r>
          </w:p>
        </w:tc>
      </w:tr>
      <w:tr>
        <w:tc>
          <w:tcPr>
            <w:tcW w:type="dxa" w:w="2409"/>
          </w:tcPr>
          <w:p>
            <w:r/>
            <w:r>
              <w:rPr>
                <w:b w:val="0"/>
              </w:rPr>
              <w:t>Improvement and critique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Revises by hand and names at least one thing the AI got wrong or could not know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Has a revision or a critique, but one of the two is weak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Hands in an AI image as the work, or no critique</w:t>
            </w:r>
          </w:p>
        </w:tc>
      </w:tr>
    </w:tbl>
    <w:p/>
    <w:p>
      <w:r>
        <w:rPr>
          <w:b/>
        </w:rPr>
        <w:t>The one rule that matters</w:t>
      </w:r>
    </w:p>
    <w:p>
      <w:r>
        <w:rPr>
          <w:b w:val="0"/>
        </w:rPr>
        <w:t>The AI's images are not a plan, not evidence and not the finished work. A pupil who hands in an AI image as their design has not done the task — the finished work is the pupil's own revised drawing plus a written justification they can defend from their own observation. Teachers should restate this in every lesson.</w:t>
      </w:r>
    </w:p>
    <w:p/>
    <w:p>
      <w:r>
        <w:rPr>
          <w:b/>
        </w:rPr>
        <w:t>Teacher notes</w:t>
      </w:r>
    </w:p>
    <w:p>
      <w:pPr>
        <w:pStyle w:val="ListBullet"/>
      </w:pPr>
      <w:r>
        <w:t>A pupil hands in an AI image as the work: the task is not done; ask for the revised drawing and the written justification.</w:t>
      </w:r>
    </w:p>
    <w:p>
      <w:pPr>
        <w:pStyle w:val="ListBullet"/>
      </w:pPr>
      <w:r>
        <w:t>The class's criteria are vague ("looks nice"): ask "How would you check whether it has done that?"</w:t>
      </w:r>
    </w:p>
    <w:p>
      <w:pPr>
        <w:pStyle w:val="ListBullet"/>
      </w:pPr>
      <w:r>
        <w:t>An official figure is needed: the class gets it from an official source such as the Hong Kong Observatory; this worksheet supplies no numbers.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