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Music listening and remix pack (S1-S3)</w:t>
      </w:r>
    </w:p>
    <w:p>
      <w:r>
        <w:t>Every musical idea and example here is fictional, invented by the class itself; this pack needs no audio file at all.</w:t>
      </w:r>
    </w:p>
    <w:p>
      <w:pPr>
        <w:pStyle w:val="Heading2"/>
      </w:pPr>
      <w:r>
        <w:t>How to use</w:t>
      </w:r>
    </w:p>
    <w:p>
      <w:pPr>
        <w:pStyle w:val="ListBullet"/>
      </w:pPr>
      <w:r>
        <w:t>The teacher performs a short 4-8 bar musical idea live (play, sing, clap or write it; with no instrument, write a rhythm pattern on the board).</w:t>
      </w:r>
    </w:p>
    <w:p>
      <w:pPr>
        <w:pStyle w:val="ListBullet"/>
      </w:pPr>
      <w:r>
        <w:t>Pupils record it element by element on the listening log using the element vocabulary, then turn their notes into a 4-6 sentence description.</w:t>
      </w:r>
    </w:p>
    <w:p>
      <w:pPr>
        <w:pStyle w:val="ListBullet"/>
      </w:pPr>
      <w:r>
        <w:t>Hand the description to the school's approved AI tool to make one change, then use the comparison frame to choose and justify.</w:t>
      </w:r>
    </w:p>
    <w:p>
      <w:pPr>
        <w:pStyle w:val="ListBullet"/>
      </w:pPr>
      <w:r>
        <w:t>Boundary: do not upload any commercial recording; the AI works only from the pupils' written description, never from any recording or a living composer's work.</w:t>
      </w:r>
    </w:p>
    <w:p>
      <w:pPr>
        <w:pStyle w:val="ListBullet"/>
      </w:pPr>
      <w:r>
        <w:t>Pupils who cannot hear pitch accurately, or are not confident singing, take part through rhythm, dynamics and structure only.</w:t>
      </w:r>
    </w:p>
    <w:p>
      <w:pPr>
        <w:pStyle w:val="Heading2"/>
      </w:pPr>
      <w:r>
        <w:t>Element vocabulary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Element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Plain meaning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Everyday way to say it</w:t>
            </w:r>
          </w:p>
        </w:tc>
      </w:tr>
      <w:tr>
        <w:tc>
          <w:tcPr>
            <w:tcW w:type="dxa" w:w="3213"/>
          </w:tcPr>
          <w:p>
            <w:r>
              <w:t>Pulse / tempo</w:t>
            </w:r>
          </w:p>
        </w:tc>
        <w:tc>
          <w:tcPr>
            <w:tcW w:type="dxa" w:w="3213"/>
          </w:tcPr>
          <w:p>
            <w:r>
              <w:t>How fast the music moves</w:t>
            </w:r>
          </w:p>
        </w:tc>
        <w:tc>
          <w:tcPr>
            <w:tcW w:type="dxa" w:w="3213"/>
          </w:tcPr>
          <w:p>
            <w:r>
              <w:t>"fast / medium / slow"; "like walking or running"</w:t>
            </w:r>
          </w:p>
        </w:tc>
      </w:tr>
      <w:tr>
        <w:tc>
          <w:tcPr>
            <w:tcW w:type="dxa" w:w="3213"/>
          </w:tcPr>
          <w:p>
            <w:r>
              <w:t>Metre</w:t>
            </w:r>
          </w:p>
        </w:tc>
        <w:tc>
          <w:tcPr>
            <w:tcW w:type="dxa" w:w="3213"/>
          </w:tcPr>
          <w:p>
            <w:r>
              <w:t>How many beats in a bar, and how they group</w:t>
            </w:r>
          </w:p>
        </w:tc>
        <w:tc>
          <w:tcPr>
            <w:tcW w:type="dxa" w:w="3213"/>
          </w:tcPr>
          <w:p>
            <w:r>
              <w:t>"in three or in four"; "where the strong beat falls"</w:t>
            </w:r>
          </w:p>
        </w:tc>
      </w:tr>
      <w:tr>
        <w:tc>
          <w:tcPr>
            <w:tcW w:type="dxa" w:w="3213"/>
          </w:tcPr>
          <w:p>
            <w:r>
              <w:t>Rhythm pattern</w:t>
            </w:r>
          </w:p>
        </w:tc>
        <w:tc>
          <w:tcPr>
            <w:tcW w:type="dxa" w:w="3213"/>
          </w:tcPr>
          <w:p>
            <w:r>
              <w:t>How long and short notes are arranged</w:t>
            </w:r>
          </w:p>
        </w:tc>
        <w:tc>
          <w:tcPr>
            <w:tcW w:type="dxa" w:w="3213"/>
          </w:tcPr>
          <w:p>
            <w:r>
              <w:t>"long-long-short", "one long two short"; "ta ta ti-ti" works too</w:t>
            </w:r>
          </w:p>
        </w:tc>
      </w:tr>
      <w:tr>
        <w:tc>
          <w:tcPr>
            <w:tcW w:type="dxa" w:w="3213"/>
          </w:tcPr>
          <w:p>
            <w:r>
              <w:t>Pitch contour</w:t>
            </w:r>
          </w:p>
        </w:tc>
        <w:tc>
          <w:tcPr>
            <w:tcW w:type="dxa" w:w="3213"/>
          </w:tcPr>
          <w:p>
            <w:r>
              <w:t>Whether the melody rises or falls</w:t>
            </w:r>
          </w:p>
        </w:tc>
        <w:tc>
          <w:tcPr>
            <w:tcW w:type="dxa" w:w="3213"/>
          </w:tcPr>
          <w:p>
            <w:r>
              <w:t>"from low to high", "up to the top then back down"</w:t>
            </w:r>
          </w:p>
        </w:tc>
      </w:tr>
      <w:tr>
        <w:tc>
          <w:tcPr>
            <w:tcW w:type="dxa" w:w="3213"/>
          </w:tcPr>
          <w:p>
            <w:r>
              <w:t>Dynamics</w:t>
            </w:r>
          </w:p>
        </w:tc>
        <w:tc>
          <w:tcPr>
            <w:tcW w:type="dxa" w:w="3213"/>
          </w:tcPr>
          <w:p>
            <w:r>
              <w:t>Loud or soft, and whether it changes</w:t>
            </w:r>
          </w:p>
        </w:tc>
        <w:tc>
          <w:tcPr>
            <w:tcW w:type="dxa" w:w="3213"/>
          </w:tcPr>
          <w:p>
            <w:r>
              <w:t>"suddenly loud", "gradually softer"</w:t>
            </w:r>
          </w:p>
        </w:tc>
      </w:tr>
      <w:tr>
        <w:tc>
          <w:tcPr>
            <w:tcW w:type="dxa" w:w="3213"/>
          </w:tcPr>
          <w:p>
            <w:r>
              <w:t>Timbre / instrumentation</w:t>
            </w:r>
          </w:p>
        </w:tc>
        <w:tc>
          <w:tcPr>
            <w:tcW w:type="dxa" w:w="3213"/>
          </w:tcPr>
          <w:p>
            <w:r>
              <w:t>What sound, what instrument or voice</w:t>
            </w:r>
          </w:p>
        </w:tc>
        <w:tc>
          <w:tcPr>
            <w:tcW w:type="dxa" w:w="3213"/>
          </w:tcPr>
          <w:p>
            <w:r>
              <w:t>"piano sound", "clapping", "low and dark or high and bright"</w:t>
            </w:r>
          </w:p>
        </w:tc>
      </w:tr>
      <w:tr>
        <w:tc>
          <w:tcPr>
            <w:tcW w:type="dxa" w:w="3213"/>
          </w:tcPr>
          <w:p>
            <w:r>
              <w:t>Texture</w:t>
            </w:r>
          </w:p>
        </w:tc>
        <w:tc>
          <w:tcPr>
            <w:tcW w:type="dxa" w:w="3213"/>
          </w:tcPr>
          <w:p>
            <w:r>
              <w:t>How many layers sound together, whether there is accompaniment</w:t>
            </w:r>
          </w:p>
        </w:tc>
        <w:tc>
          <w:tcPr>
            <w:tcW w:type="dxa" w:w="3213"/>
          </w:tcPr>
          <w:p>
            <w:r>
              <w:t>"one melody alone", "melody with accompaniment", "several together"</w:t>
            </w:r>
          </w:p>
        </w:tc>
      </w:tr>
      <w:tr>
        <w:tc>
          <w:tcPr>
            <w:tcW w:type="dxa" w:w="3213"/>
          </w:tcPr>
          <w:p>
            <w:r>
              <w:t>Structure</w:t>
            </w:r>
          </w:p>
        </w:tc>
        <w:tc>
          <w:tcPr>
            <w:tcW w:type="dxa" w:w="3213"/>
          </w:tcPr>
          <w:p>
            <w:r>
              <w:t>How many phrases or sections, whether anything repeats</w:t>
            </w:r>
          </w:p>
        </w:tc>
        <w:tc>
          <w:tcPr>
            <w:tcW w:type="dxa" w:w="3213"/>
          </w:tcPr>
          <w:p>
            <w:r>
              <w:t>"two phrases, the second like the first", "an A and a B section"</w:t>
            </w:r>
          </w:p>
        </w:tc>
      </w:tr>
    </w:tbl>
    <w:p>
      <w:pPr>
        <w:pStyle w:val="Heading2"/>
      </w:pPr>
      <w:r>
        <w:t>Listening log</w:t>
      </w:r>
    </w:p>
    <w:p>
      <w:r>
        <w:t>Listen to the teacher's musical idea and write, for each element, what you heard and the musical term for it.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Element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What I heard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Musical term</w:t>
            </w:r>
          </w:p>
        </w:tc>
      </w:tr>
      <w:tr>
        <w:tc>
          <w:tcPr>
            <w:tcW w:type="dxa" w:w="3213"/>
          </w:tcPr>
          <w:p>
            <w:r>
              <w:t>Pulse / tempo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Metre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Rhythm pattern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Pitch contour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Dynamics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Timbre / instrumentation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Texture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>
              <w:t>Structure</w:t>
            </w:r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>
      <w:pPr>
        <w:pStyle w:val="Heading2"/>
      </w:pPr>
      <w:r>
        <w:t>Weak vs strong description</w:t>
      </w:r>
    </w:p>
    <w:p>
      <w:r>
        <w:t>Weak: "This music is really happy and fast, like running."</w:t>
      </w:r>
    </w:p>
    <w:p>
      <w:r>
        <w:t>Strong: "4/4, medium-fast (about 120 beats per minute). The melody climbs step by step from low to high and falls back; the rhythm is mostly a repeated crotchet-plus-two-quavers figure; the dynamics grow from soft. The texture is a single unaccompanied melody, in two phrases of four bars, the second close to the first."</w:t>
      </w:r>
    </w:p>
    <w:p>
      <w:r>
        <w:t>What is the difference? The strong description uses the fixed vocabulary and names each element, so someone who never heard it could rebuild the shape.</w:t>
      </w:r>
    </w:p>
    <w:p>
      <w:r>
        <w:t>Your description (4-6 sentences):</w:t>
      </w:r>
    </w:p>
    <w:p/>
    <w:p/>
    <w:p/>
    <w:p>
      <w:pPr>
        <w:pStyle w:val="Heading2"/>
      </w:pPr>
      <w:r>
        <w:t>Remix brief template (with the boundary)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Field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Pupil fills in</w:t>
            </w:r>
          </w:p>
        </w:tc>
      </w:tr>
      <w:tr>
        <w:tc>
          <w:tcPr>
            <w:tcW w:type="dxa" w:w="4819"/>
          </w:tcPr>
          <w:p>
            <w:r>
              <w:t>My description (4-6 sentences)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One change I want</w:t>
            </w:r>
          </w:p>
        </w:tc>
        <w:tc>
          <w:tcPr>
            <w:tcW w:type="dxa" w:w="4819"/>
          </w:tcPr>
          <w:p>
            <w:r>
              <w:t>For example: change it to three beats; invert the pitch contour; thicken the texture</w:t>
            </w:r>
          </w:p>
        </w:tc>
      </w:tr>
      <w:tr>
        <w:tc>
          <w:tcPr>
            <w:tcW w:type="dxa" w:w="4819"/>
          </w:tcPr>
          <w:p>
            <w:r>
              <w:t>Boundary</w:t>
            </w:r>
          </w:p>
        </w:tc>
        <w:tc>
          <w:tcPr>
            <w:tcW w:type="dxa" w:w="4819"/>
          </w:tcPr>
          <w:p>
            <w:r>
              <w:t>The AI works only from my words; do not upload any recording or anyone else's work</w:t>
            </w:r>
          </w:p>
        </w:tc>
      </w:tr>
    </w:tbl>
    <w:p>
      <w:r>
        <w:t>The boundary rule: the idea the teacher performs is the class's own original idea; the AI works from your written description, never from any recording, and never from a living composer's work. Do not upload a commercial recording to any AI tool.</w:t>
      </w:r>
    </w:p>
    <w:p>
      <w:pPr>
        <w:pStyle w:val="Heading2"/>
      </w:pPr>
      <w:r>
        <w:t>Comparison and justification frame</w:t>
      </w:r>
    </w:p>
    <w:p>
      <w:r>
        <w:t>Compare the AI's variation with your description and the original idea, and write which one you would keep and why (name at least two musical elements).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/>
            <w:r>
              <w:rPr>
                <w:b/>
              </w:rPr>
              <w:t>What to compare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My original idea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My description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The AI's variation</w:t>
            </w:r>
          </w:p>
        </w:tc>
        <w:tc>
          <w:tcPr>
            <w:tcW w:type="dxa" w:w="1928"/>
          </w:tcPr>
          <w:p>
            <w:r/>
            <w:r>
              <w:rPr>
                <w:b/>
              </w:rPr>
              <w:t>Which one would I keep? Why (name at least two musical elements)</w:t>
            </w:r>
          </w:p>
        </w:tc>
      </w:tr>
      <w:tr>
        <w:tc>
          <w:tcPr>
            <w:tcW w:type="dxa" w:w="1928"/>
          </w:tcPr>
          <w:p>
            <w:r>
              <w:t>Tempo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Metre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Pitch contour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Texture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p>
      <w:r>
        <w:br w:type="page"/>
      </w:r>
    </w:p>
    <w:p>
      <w:pPr>
        <w:pStyle w:val="Heading2"/>
      </w:pPr>
      <w:r>
        <w:t>Marking guide and answer notes (teacher)</w:t>
      </w:r>
    </w:p>
    <w:p>
      <w:r>
        <w:t>Listening log worked example (fictional):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Element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What I heard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Musical term</w:t>
            </w:r>
          </w:p>
        </w:tc>
      </w:tr>
      <w:tr>
        <w:tc>
          <w:tcPr>
            <w:tcW w:type="dxa" w:w="3213"/>
          </w:tcPr>
          <w:p>
            <w:r>
              <w:t>Pulse / tempo</w:t>
            </w:r>
          </w:p>
        </w:tc>
        <w:tc>
          <w:tcPr>
            <w:tcW w:type="dxa" w:w="3213"/>
          </w:tcPr>
          <w:p>
            <w:r>
              <w:t>Medium-fast</w:t>
            </w:r>
          </w:p>
        </w:tc>
        <w:tc>
          <w:tcPr>
            <w:tcW w:type="dxa" w:w="3213"/>
          </w:tcPr>
          <w:p>
            <w:r>
              <w:t>Medium-fast (about 120 beats per minute)</w:t>
            </w:r>
          </w:p>
        </w:tc>
      </w:tr>
      <w:tr>
        <w:tc>
          <w:tcPr>
            <w:tcW w:type="dxa" w:w="3213"/>
          </w:tcPr>
          <w:p>
            <w:r>
              <w:t>Metre</w:t>
            </w:r>
          </w:p>
        </w:tc>
        <w:tc>
          <w:tcPr>
            <w:tcW w:type="dxa" w:w="3213"/>
          </w:tcPr>
          <w:p>
            <w:r>
              <w:t>Grouped in four</w:t>
            </w:r>
          </w:p>
        </w:tc>
        <w:tc>
          <w:tcPr>
            <w:tcW w:type="dxa" w:w="3213"/>
          </w:tcPr>
          <w:p>
            <w:r>
              <w:t>4/4</w:t>
            </w:r>
          </w:p>
        </w:tc>
      </w:tr>
      <w:tr>
        <w:tc>
          <w:tcPr>
            <w:tcW w:type="dxa" w:w="3213"/>
          </w:tcPr>
          <w:p>
            <w:r>
              <w:t>Rhythm pattern</w:t>
            </w:r>
          </w:p>
        </w:tc>
        <w:tc>
          <w:tcPr>
            <w:tcW w:type="dxa" w:w="3213"/>
          </w:tcPr>
          <w:p>
            <w:r>
              <w:t>Mostly "long-short-short" repeated</w:t>
            </w:r>
          </w:p>
        </w:tc>
        <w:tc>
          <w:tcPr>
            <w:tcW w:type="dxa" w:w="3213"/>
          </w:tcPr>
          <w:p>
            <w:r>
              <w:t>Crotchet + two quavers</w:t>
            </w:r>
          </w:p>
        </w:tc>
      </w:tr>
      <w:tr>
        <w:tc>
          <w:tcPr>
            <w:tcW w:type="dxa" w:w="3213"/>
          </w:tcPr>
          <w:p>
            <w:r>
              <w:t>Pitch contour</w:t>
            </w:r>
          </w:p>
        </w:tc>
        <w:tc>
          <w:tcPr>
            <w:tcW w:type="dxa" w:w="3213"/>
          </w:tcPr>
          <w:p>
            <w:r>
              <w:t>Rises then falls</w:t>
            </w:r>
          </w:p>
        </w:tc>
        <w:tc>
          <w:tcPr>
            <w:tcW w:type="dxa" w:w="3213"/>
          </w:tcPr>
          <w:p>
            <w:r>
              <w:t>Arch shape (up then down)</w:t>
            </w:r>
          </w:p>
        </w:tc>
      </w:tr>
      <w:tr>
        <w:tc>
          <w:tcPr>
            <w:tcW w:type="dxa" w:w="3213"/>
          </w:tcPr>
          <w:p>
            <w:r>
              <w:t>Dynamics</w:t>
            </w:r>
          </w:p>
        </w:tc>
        <w:tc>
          <w:tcPr>
            <w:tcW w:type="dxa" w:w="3213"/>
          </w:tcPr>
          <w:p>
            <w:r>
              <w:t>Grows from soft</w:t>
            </w:r>
          </w:p>
        </w:tc>
        <w:tc>
          <w:tcPr>
            <w:tcW w:type="dxa" w:w="3213"/>
          </w:tcPr>
          <w:p>
            <w:r>
              <w:t>Crescendo (getting louder)</w:t>
            </w:r>
          </w:p>
        </w:tc>
      </w:tr>
      <w:tr>
        <w:tc>
          <w:tcPr>
            <w:tcW w:type="dxa" w:w="3213"/>
          </w:tcPr>
          <w:p>
            <w:r>
              <w:t>Timbre / instrumentation</w:t>
            </w:r>
          </w:p>
        </w:tc>
        <w:tc>
          <w:tcPr>
            <w:tcW w:type="dxa" w:w="3213"/>
          </w:tcPr>
          <w:p>
            <w:r>
              <w:t>Voice or clapping only</w:t>
            </w:r>
          </w:p>
        </w:tc>
        <w:tc>
          <w:tcPr>
            <w:tcW w:type="dxa" w:w="3213"/>
          </w:tcPr>
          <w:p>
            <w:r>
              <w:t>Unaccompanied, one sound</w:t>
            </w:r>
          </w:p>
        </w:tc>
      </w:tr>
      <w:tr>
        <w:tc>
          <w:tcPr>
            <w:tcW w:type="dxa" w:w="3213"/>
          </w:tcPr>
          <w:p>
            <w:r>
              <w:t>Texture</w:t>
            </w:r>
          </w:p>
        </w:tc>
        <w:tc>
          <w:tcPr>
            <w:tcW w:type="dxa" w:w="3213"/>
          </w:tcPr>
          <w:p>
            <w:r>
              <w:t>One melody, no accompaniment</w:t>
            </w:r>
          </w:p>
        </w:tc>
        <w:tc>
          <w:tcPr>
            <w:tcW w:type="dxa" w:w="3213"/>
          </w:tcPr>
          <w:p>
            <w:r>
              <w:t>Monophonic</w:t>
            </w:r>
          </w:p>
        </w:tc>
      </w:tr>
      <w:tr>
        <w:tc>
          <w:tcPr>
            <w:tcW w:type="dxa" w:w="3213"/>
          </w:tcPr>
          <w:p>
            <w:r>
              <w:t>Structure</w:t>
            </w:r>
          </w:p>
        </w:tc>
        <w:tc>
          <w:tcPr>
            <w:tcW w:type="dxa" w:w="3213"/>
          </w:tcPr>
          <w:p>
            <w:r>
              <w:t>Two phrases, four bars each</w:t>
            </w:r>
          </w:p>
        </w:tc>
        <w:tc>
          <w:tcPr>
            <w:tcW w:type="dxa" w:w="3213"/>
          </w:tcPr>
          <w:p>
            <w:r>
              <w:t>A A' (the second like the first)</w:t>
            </w:r>
          </w:p>
        </w:tc>
      </w:tr>
    </w:tbl>
    <w:p>
      <w:r>
        <w:t>Marking guide: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Level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What it looks like</w:t>
            </w:r>
          </w:p>
        </w:tc>
      </w:tr>
      <w:tr>
        <w:tc>
          <w:tcPr>
            <w:tcW w:type="dxa" w:w="4819"/>
          </w:tcPr>
          <w:p>
            <w:r>
              <w:t>Strong</w:t>
            </w:r>
          </w:p>
        </w:tc>
        <w:tc>
          <w:tcPr>
            <w:tcW w:type="dxa" w:w="4819"/>
          </w:tcPr>
          <w:p>
            <w:r>
              <w:t>Records at least four musical elements accurately; writes a 4-6 sentence description precise enough to rebuild; asks for a specific change that fits the description; justifies "which to keep and why" naming at least two musical elements.</w:t>
            </w:r>
          </w:p>
        </w:tc>
      </w:tr>
      <w:tr>
        <w:tc>
          <w:tcPr>
            <w:tcW w:type="dxa" w:w="4819"/>
          </w:tcPr>
          <w:p>
            <w:r>
              <w:t>Developing</w:t>
            </w:r>
          </w:p>
        </w:tc>
        <w:tc>
          <w:tcPr>
            <w:tcW w:type="dxa" w:w="4819"/>
          </w:tcPr>
          <w:p>
            <w:r>
              <w:t>Records two or three elements but in vague words (for example only "fast" or "loud"); the description stays at adjectives and lacks rebuildable detail; comparison is only "nice / not nice".</w:t>
            </w:r>
          </w:p>
        </w:tc>
      </w:tr>
      <w:tr>
        <w:tc>
          <w:tcPr>
            <w:tcW w:type="dxa" w:w="4819"/>
          </w:tcPr>
          <w:p>
            <w:r>
              <w:t>Needs help</w:t>
            </w:r>
          </w:p>
        </w:tc>
        <w:tc>
          <w:tcPr>
            <w:tcW w:type="dxa" w:w="4819"/>
          </w:tcPr>
          <w:p>
            <w:r>
              <w:t>Cannot turn what was heard into musical terms; the description is only feeling words; cannot give any reason for a comparison.</w:t>
            </w:r>
          </w:p>
        </w:tc>
      </w:tr>
    </w:tbl>
    <w:p>
      <w:r>
        <w:t>What not to grade:</w:t>
      </w:r>
    </w:p>
    <w:p>
      <w:pPr>
        <w:pStyle w:val="ListBullet"/>
      </w:pPr>
      <w:r>
        <w:t>Do not grade whether the AI's output sounds "good": this resource does not judge how well AI makes music, and does not rank any AI tool - use the school's approved AI tool only.</w:t>
      </w:r>
    </w:p>
    <w:p>
      <w:pPr>
        <w:pStyle w:val="ListBullet"/>
      </w:pPr>
      <w:r>
        <w:t>Do not grade whether a pupil used AI, or how well they know a tool: what is scored is the description and the judgement, not the tool.</w:t>
      </w:r>
    </w:p>
    <w:p>
      <w:pPr>
        <w:pStyle w:val="ListBullet"/>
      </w:pPr>
      <w:r>
        <w:t>Do not grade singing or playing, and do not grade pitch accuracy: pupils who cannot hear pitch accurately, or are not confident singing, have completed the task by working through rhythm, dynamics and structure alone.</w:t>
      </w:r>
    </w:p>
    <w:p>
      <w:pPr>
        <w:pStyle w:val="ListBullet"/>
      </w:pPr>
      <w:r>
        <w:t>Do not grade "they uploaded a recording": the rule is that no commercial recording may be uploaded; pupils submit their own written description only.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