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Hong Kong then and now: a local history project with an alternative to a family interview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Hong Kong then and now: a local history project with an alternative to a family interview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Choose a path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Both paths count and are marked exactly the same. You only need to pick one.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Path A — interview a relative (optional): ask a family member what they remember about how a place used to look.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Path B — public sources (any pupil may choose this): complete the project using street views, old maps, old newspapers or library records. No interview needed.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Path A: interview prompts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Which area did you live in as a child? What were the streets like?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What shops, markets or parks were near your home back then?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How were the buildings there different from today?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Did you visit any particular place there (e.g. a restaurant, a cinema, a pier)? Does it still exist?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What was there when you were young that has now disappeared?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Keep questions to "what was that place like then". Do not ask about names, addresses, occupations or health, and do not record, film or photograph your relative.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Path B: public sources (five steps)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Choose a place near your school or on your daily route (a street, a building, a market).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Walk it (or walk it online): walk the street yourself, or use a map's street view to "walk" it, and note what you see.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Take one photo of a building or a street sign (objects only, no people).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Find one old source: in a library or online, find an old map, an old newspaper or an old photo showing the same place in the past.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Compare then and now: put "what I see today" next to "what the old source shows" and write at least one difference.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Worked source check (fictional)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The task: we check an AI's claim about the past of "Banyan Street".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The AI's claim: "In the 1970s, Banyan Street was a busy street with a market at one end and a cinema in the middle. The cinema closed in 1985 and became a shopping centre."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AI's claim</w:t>
            </w:r>
          </w:p>
        </w:tc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Source checked</w:t>
            </w:r>
          </w:p>
        </w:tc>
        <w:tc>
          <w:tcPr>
            <w:tcW w:type="dxa" w:w="29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Result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There was a market at one end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 1973 old map (fictional)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Correct: the map shows a market at one end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There was a cinema in the middle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same map + an old newspaper (fictional)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Partly wrong: the map shows a small open-air theatre, and the newspaper calls it "the Banyan Street theatre"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cinema closed in 1985 and became a shopping centre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 library newspaper index (fictional)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Unverified: the index has no record of a 1985 closure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Conclusion: the AI's answer is partly right and partly wrong, so it cannot be trusted without checking it against a source.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Planning sheet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The place I chose: 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My path: □ Path A (interview) □ Path B (public sources)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My source: ________________________________________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One "then and now" difference: 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What the AI said, and what I found when I checked: ____________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Completion checklist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I chose a place (a street / a building / a market).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I chose a path: A interview or B public sources.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I have at least one source (interview notes / photo / map / newspaper / library record).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I wrote at least one "then and now" difference.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I checked the AI's claim and said right, wrong or not verified.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I did not put my family's private details on the sheet.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Rubric (4 criteria × 3 levels)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97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175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Getting started</w:t>
            </w:r>
          </w:p>
        </w:tc>
        <w:tc>
          <w:tcPr>
            <w:tcW w:type="dxa" w:w="157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On target</w:t>
            </w:r>
          </w:p>
        </w:tc>
        <w:tc>
          <w:tcPr>
            <w:tcW w:type="dxa" w:w="332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Great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Describing the place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Only says "it changed", with no specific difference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Names at least one specific difference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Names several differences, grouped (buildings, transport, daily life)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Using sources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Cannot say where the information came from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Says the source (whom they interviewed / which map or record)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Uses more than one source and compares whether they agree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Checking the AI's claim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Trusts the AI without checking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Checks against one source and says what was right and wrong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Distinguishes right, wrong and "not verified", and explains how</w:t>
            </w:r>
          </w:p>
        </w:tc>
      </w:tr>
      <w:tr>
        <w:tc>
          <w:tcPr>
            <w:tcW w:type="dxa" w:w="297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Presenting and reflecting</w:t>
            </w:r>
          </w:p>
        </w:tc>
        <w:tc>
          <w:tcPr>
            <w:tcW w:type="dxa" w:w="175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Unclear, or reflection not done</w:t>
            </w:r>
          </w:p>
        </w:tc>
        <w:tc>
          <w:tcPr>
            <w:tcW w:type="dxa" w:w="15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Presents clearly and names one thing learned</w:t>
            </w:r>
          </w:p>
        </w:tc>
        <w:tc>
          <w:tcPr>
            <w:tcW w:type="dxa" w:w="332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Presents clearly, names what was learned and how to improve next time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Teacher notes (please read)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Do not ask pupils to share their family's private information aloud (names, addresses, occupations, health).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The interview is optional, not required. Any pupil may choose the public-source path, marked identically.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Never ask pupils to upload old family photos to an AI tool (or any generative or recognition tool).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Do not press, compare or single out pupils who cannot interview family (newly arrived, cross-border, looked-after, bereaved, language barriers).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Old photos are used only for classroom display or within agreed parental consent; they are not uploaded to third-party tools.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