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Quicksand" w:hAnsi="Quicksand" w:cs="Quicksand" w:eastAsia="Noto Sans TC"/>
          <w:b/>
          <w:color w:val="080808"/>
          <w:sz w:val="44"/>
        </w:rPr>
        <w:t>Campus plants: observe first, then check what the AI says</w:t>
      </w:r>
    </w:p>
    <w:p>
      <w:r>
        <w:rPr>
          <w:rFonts w:ascii="Quicksand" w:hAnsi="Quicksand" w:cs="Quicksand" w:eastAsia="Noto Sans TC"/>
          <w:color w:val="E10707"/>
          <w:sz w:val="18"/>
        </w:rPr>
        <w:t>──────────────────────────────────────────────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Campus plants: observe first, then check what the AI says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For the teacher: how to use this worksheet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Before the lesson: print the observation record sheet; prepare the plant photo cards (use the three below, or your own campus photos); optional: a tablet or phone for the checking stage.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Observation stage: take pupils to the school grounds (or a window); each pupil or group picks one plant and fills in the five features on the record sheet. Emphasise: describe only, do not guess a name.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Checking stage: for each card ask, "Does the AI's description match the photo?" Do not reveal the answer first — let pupils judge for themselves.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Trust judgement: guide pupils through the "which source do I trust here" summary, with the emphasis on "trust the eyes first, then ask for the source".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Ask the pupil to read the AI's answer aloud, then ask another pupil to read out the features they observed.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Ask the class: "Which of the two can be checked on the spot with your eyes?" — the observation can; the AI's name cannot.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Ask: "Did the AI say where its information came from?" — an answer with no source is just a claim.</w:t>
      </w:r>
    </w:p>
    <w:p>
      <w:pPr>
        <w:pStyle w:val="ListBullet"/>
      </w:pPr>
      <w:r>
        <w:rPr>
          <w:rFonts w:ascii="Quicksand" w:hAnsi="Quicksand" w:cs="Quicksand" w:eastAsia="Noto Sans TC"/>
          <w:sz w:val="21"/>
        </w:rPr>
        <w:t>Close with: "It is not that the AI must be wrong, nor that your eyes must be right; it is that we need a method to check. A name needs a source, and observation is the first step."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1: Observation record sheet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⚠️ Describe only what you see; do not guess the plant's name.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7068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Feature</w:t>
            </w:r>
          </w:p>
        </w:tc>
        <w:tc>
          <w:tcPr>
            <w:tcW w:type="dxa" w:w="2570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Tick or describe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Leaf shape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round □ oval □ egg-shaped □ lance-shaped (long and pointed) □ heart-shaped □ palmate (like a hand) □ needle-like □ other: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Leaf edge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entire (smooth) □ serrated □ wavy □ other: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Leaf arrangement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alternate (left-right, staggered) □ opposite (in pairs) □ whorled (a ring) □ other: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Flowers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present □ absent; colour: size: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Fruit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□ present □ absent; shape: colour: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Where it grows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Location: □ planter □ edge of playground □ wall base □ under a tree □ in a pot □ other: Sunlight: □ full sun □ partial shade □ shadeGround: □ soil □ rock crack □ pavement crack □ other:</w:t>
            </w:r>
          </w:p>
        </w:tc>
      </w:tr>
      <w:tr>
        <w:tc>
          <w:tcPr>
            <w:tcW w:type="dxa" w:w="7068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Other observations</w:t>
            </w:r>
          </w:p>
        </w:tc>
        <w:tc>
          <w:tcPr>
            <w:tcW w:type="dxa" w:w="2570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Smell / leaf surface (smooth or rough) / approximate height: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Where is the plant I observed? (one sentence):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2: Plant photo cards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All three cards are illustrative examples. Each has an "AI answer" — judge whether the AI's description matches the photo.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Card A Photo: a shrub with oval leaves that have smooth edges, arranged in pairs (opposite) on the stem, no flowers, growing in a shaded planter.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AI's answer: "The leaves are oval with smooth edges and grow in opposite pairs; it looks like an evergreen shrub, but without a flower or a clear close-up I cannot say which species it is."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Does the AI's description match the photo? □ yes □ no □ cannot tellWould you trust this answer? Why?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Card B Photo: the same kind of shrub as Card A — oval leaves, smooth edges, opposite, no flowers.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AI's answer: "This is Hibiscus campusfolius (the campus hibiscus — the name is invented for this exercise), a rare species found only in school gardens. Its leaves are long and pointed with serrated edges, arranged one by one (alternate)."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Does the AI's description of the leaves match the photo? □ yes □ noIs its scientific name trustworthy? What would you need to confirm the name?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Card C Photo: a very blurry photo — too far away and out of focus, showing only a green blur, with no leaf shape, edge or arrangement visible.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AI's answer: "This is Ficus sp. (a fig), clearly identifiable from the serrated leaf edges and alternate arrangement."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Is the photo clear enough? □ clear □ blurryOn what basis does the AI claim "clearly identifiable"? What should the honest answer be?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Part 3: Which source do I trust here?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When the AI's claim differs from what my eyes show: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My eyes saw: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The AI said: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Do the two match? □ yes □ no □ cannot tell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I trust first: □ what I observed with my own eyes □ the AI's answer □ neither — check further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To confirm the plant's name, what source would I still need?</w:t>
      </w:r>
    </w:p>
    <w:p>
      <w:r>
        <w:rPr>
          <w:rFonts w:ascii="Quicksand" w:hAnsi="Quicksand" w:cs="Quicksand" w:eastAsia="Noto Sans TC"/>
          <w:b w:val="0"/>
          <w:color w:val="080808"/>
          <w:sz w:val="21"/>
        </w:rPr>
        <w:t>What question could I ask the AI to check it?</w:t>
      </w:r>
    </w:p>
    <w:p>
      <w:pPr>
        <w:spacing w:before="240" w:after="80"/>
      </w:pPr>
      <w:r>
        <w:rPr>
          <w:rFonts w:ascii="Quicksand" w:hAnsi="Quicksand" w:cs="Quicksand" w:eastAsia="Noto Sans TC"/>
          <w:b/>
          <w:color w:val="E10707"/>
          <w:sz w:val="28"/>
        </w:rPr>
        <w:t>Answer key and marking notes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Card</w:t>
            </w:r>
          </w:p>
        </w:tc>
        <w:tc>
          <w:tcPr>
            <w:tcW w:type="dxa" w:w="3362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Key point</w:t>
            </w:r>
          </w:p>
        </w:tc>
        <w:tc>
          <w:tcPr>
            <w:tcW w:type="dxa" w:w="2914"/>
            <w:shd w:val="clear" w:fill="E10707"/>
          </w:tcPr>
          <w:p>
            <w:r/>
            <w:r>
              <w:rPr>
                <w:rFonts w:ascii="Quicksand" w:hAnsi="Quicksand" w:cs="Quicksand" w:eastAsia="Noto Sans TC"/>
                <w:b/>
                <w:color w:val="FFFFFF"/>
                <w:sz w:val="20"/>
              </w:rPr>
              <w:t>A good answer should include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A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AI's description matches the photo (opposite, smooth) and it honestly admits it cannot name the species without a flower.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"Higher confidence: the description matches the observation, and it did not force a name."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B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AI's description contradicts the photo (it says serrated and alternate, but the photo plainly shows smooth and opposite) and it gives a name anyway.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"Do not trust it: the description disagrees with what the eyes see — seeing is believing — and the name has no source."</w:t>
            </w:r>
          </w:p>
        </w:tc>
      </w:tr>
      <w:tr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C</w:t>
            </w:r>
          </w:p>
        </w:tc>
        <w:tc>
          <w:tcPr>
            <w:tcW w:type="dxa" w:w="3362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The photo is too blurry for any feature to be read, yet the AI still identifies it confidently.</w:t>
            </w:r>
          </w:p>
        </w:tc>
        <w:tc>
          <w:tcPr>
            <w:tcW w:type="dxa" w:w="2914"/>
          </w:tcPr>
          <w:p>
            <w:r/>
            <w:r>
              <w:rPr>
                <w:rFonts w:ascii="Quicksand" w:hAnsi="Quicksand" w:cs="Quicksand" w:eastAsia="Noto Sans TC"/>
                <w:sz w:val="20"/>
              </w:rPr>
              <w:t>"Cannot tell: it is not that the AI is necessarily wrong, but that the photo itself is unclear; the honest answer is 'I cannot see it clearly enough'."</w:t>
            </w:r>
          </w:p>
        </w:tc>
      </w:tr>
    </w:tbl>
    <w:p>
      <w:r>
        <w:rPr>
          <w:rFonts w:ascii="Quicksand" w:hAnsi="Quicksand" w:cs="Quicksand" w:eastAsia="Noto Sans TC"/>
          <w:b w:val="0"/>
          <w:color w:val="080808"/>
          <w:sz w:val="21"/>
        </w:rPr>
        <w:t>Core idea: a plant's name is a claim that needs a source, not something that can be settled from one blurry photo. Observation is first-hand information; an AI's answer is second-hand. When the two conflict, re-check your own observation first (you may have misread it), then ask whether the AI has a source.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Quicksand" w:hAnsi="Quicksand" w:eastAsia="Noto Sans TC"/>
      <w:color w:val="08080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