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修復有偏見的 AI：四個除錯任務</w:t>
      </w:r>
    </w:p>
    <w:p>
      <w:r>
        <w:rPr>
          <w:i/>
        </w:rPr>
        <w:t>全部人物、學校與資料均為虛構；本實驗在紙上完成，毋須任何 AI 工具。</w:t>
      </w:r>
    </w:p>
    <w:p>
      <w:pPr>
        <w:pStyle w:val="Heading2"/>
      </w:pPr>
      <w:r>
        <w:t>情境</w:t>
      </w:r>
    </w:p>
    <w:p>
      <w:r>
        <w:t>一所虛構中學想做一個小系統，判斷「應否推薦某個新學生參加課後編程學會」。一位「前一個開發者」用八個舊生的紀錄寫了一條規則。</w:t>
      </w:r>
    </w:p>
    <w:p>
      <w:r>
        <w:t>你的工作是：找出這個系統的偏見、追蹤它如何造成結果、提出修復，並寫一份發行說明。</w:t>
      </w:r>
    </w:p>
    <w:p>
      <w:pPr>
        <w:pStyle w:val="Heading2"/>
      </w:pPr>
      <w:r>
        <w:t>材料一：訓練紀錄（八個舊生）</w:t>
      </w:r>
    </w:p>
    <w:p>
      <w:r>
        <w:t>這是那位開發者用來「教」系統的舊紀錄。每一行是一位舊生，每一欄是一項屬性（attribute）；最後一欄「結果」是標籤（label），即系統想學去預測的東西。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569"/>
        <w:gridCol w:w="1569"/>
        <w:gridCol w:w="1569"/>
        <w:gridCol w:w="1569"/>
        <w:gridCol w:w="1569"/>
        <w:gridCol w:w="1569"/>
      </w:tblGrid>
      <w:tr>
        <w:tc>
          <w:tcPr>
            <w:tcW w:type="dxa" w:w="1569"/>
          </w:tcPr>
          <w:p>
            <w:r/>
            <w:r>
              <w:rPr>
                <w:b/>
              </w:rPr>
              <w:t>舊生</w:t>
            </w:r>
          </w:p>
        </w:tc>
        <w:tc>
          <w:tcPr>
            <w:tcW w:type="dxa" w:w="1569"/>
          </w:tcPr>
          <w:p>
            <w:r/>
            <w:r>
              <w:rPr>
                <w:b/>
              </w:rPr>
              <w:t>班別</w:t>
            </w:r>
          </w:p>
        </w:tc>
        <w:tc>
          <w:tcPr>
            <w:tcW w:type="dxa" w:w="1569"/>
          </w:tcPr>
          <w:p>
            <w:r/>
            <w:r>
              <w:rPr>
                <w:b/>
              </w:rPr>
              <w:t>家中電腦（學校紀錄）</w:t>
            </w:r>
          </w:p>
        </w:tc>
        <w:tc>
          <w:tcPr>
            <w:tcW w:type="dxa" w:w="1569"/>
          </w:tcPr>
          <w:p>
            <w:r/>
            <w:r>
              <w:rPr>
                <w:b/>
              </w:rPr>
              <w:t>出席節數</w:t>
            </w:r>
          </w:p>
        </w:tc>
        <w:tc>
          <w:tcPr>
            <w:tcW w:type="dxa" w:w="1569"/>
          </w:tcPr>
          <w:p>
            <w:r/>
            <w:r>
              <w:rPr>
                <w:b/>
              </w:rPr>
              <w:t>有人接放學（學校紀錄）</w:t>
            </w:r>
          </w:p>
        </w:tc>
        <w:tc>
          <w:tcPr>
            <w:tcW w:type="dxa" w:w="1569"/>
          </w:tcPr>
          <w:p>
            <w:r/>
            <w:r>
              <w:rPr>
                <w:b/>
              </w:rPr>
              <w:t>結果：留低並享受</w:t>
            </w:r>
          </w:p>
        </w:tc>
      </w:tr>
      <w:tr>
        <w:tc>
          <w:tcPr>
            <w:tcW w:type="dxa" w:w="1569"/>
          </w:tcPr>
          <w:p>
            <w:r>
              <w:t>A</w:t>
            </w:r>
          </w:p>
        </w:tc>
        <w:tc>
          <w:tcPr>
            <w:tcW w:type="dxa" w:w="1569"/>
          </w:tcPr>
          <w:p>
            <w:r>
              <w:t>1A</w:t>
            </w:r>
          </w:p>
        </w:tc>
        <w:tc>
          <w:tcPr>
            <w:tcW w:type="dxa" w:w="1569"/>
          </w:tcPr>
          <w:p>
            <w:r>
              <w:t>有</w:t>
            </w:r>
          </w:p>
        </w:tc>
        <w:tc>
          <w:tcPr>
            <w:tcW w:type="dxa" w:w="1569"/>
          </w:tcPr>
          <w:p>
            <w:r>
              <w:t>3</w:t>
            </w:r>
          </w:p>
        </w:tc>
        <w:tc>
          <w:tcPr>
            <w:tcW w:type="dxa" w:w="1569"/>
          </w:tcPr>
          <w:p>
            <w:r>
              <w:t>有</w:t>
            </w:r>
          </w:p>
        </w:tc>
        <w:tc>
          <w:tcPr>
            <w:tcW w:type="dxa" w:w="1569"/>
          </w:tcPr>
          <w:p>
            <w:r>
              <w:t>是</w:t>
            </w:r>
          </w:p>
        </w:tc>
      </w:tr>
      <w:tr>
        <w:tc>
          <w:tcPr>
            <w:tcW w:type="dxa" w:w="1569"/>
          </w:tcPr>
          <w:p>
            <w:r>
              <w:t>B</w:t>
            </w:r>
          </w:p>
        </w:tc>
        <w:tc>
          <w:tcPr>
            <w:tcW w:type="dxa" w:w="1569"/>
          </w:tcPr>
          <w:p>
            <w:r>
              <w:t>1A</w:t>
            </w:r>
          </w:p>
        </w:tc>
        <w:tc>
          <w:tcPr>
            <w:tcW w:type="dxa" w:w="1569"/>
          </w:tcPr>
          <w:p>
            <w:r>
              <w:t>有</w:t>
            </w:r>
          </w:p>
        </w:tc>
        <w:tc>
          <w:tcPr>
            <w:tcW w:type="dxa" w:w="1569"/>
          </w:tcPr>
          <w:p>
            <w:r>
              <w:t>2</w:t>
            </w:r>
          </w:p>
        </w:tc>
        <w:tc>
          <w:tcPr>
            <w:tcW w:type="dxa" w:w="1569"/>
          </w:tcPr>
          <w:p>
            <w:r>
              <w:t>有</w:t>
            </w:r>
          </w:p>
        </w:tc>
        <w:tc>
          <w:tcPr>
            <w:tcW w:type="dxa" w:w="1569"/>
          </w:tcPr>
          <w:p>
            <w:r>
              <w:t>是</w:t>
            </w:r>
          </w:p>
        </w:tc>
      </w:tr>
      <w:tr>
        <w:tc>
          <w:tcPr>
            <w:tcW w:type="dxa" w:w="1569"/>
          </w:tcPr>
          <w:p>
            <w:r>
              <w:t>C</w:t>
            </w:r>
          </w:p>
        </w:tc>
        <w:tc>
          <w:tcPr>
            <w:tcW w:type="dxa" w:w="1569"/>
          </w:tcPr>
          <w:p>
            <w:r>
              <w:t>1B</w:t>
            </w:r>
          </w:p>
        </w:tc>
        <w:tc>
          <w:tcPr>
            <w:tcW w:type="dxa" w:w="1569"/>
          </w:tcPr>
          <w:p>
            <w:r>
              <w:t>有</w:t>
            </w:r>
          </w:p>
        </w:tc>
        <w:tc>
          <w:tcPr>
            <w:tcW w:type="dxa" w:w="1569"/>
          </w:tcPr>
          <w:p>
            <w:r>
              <w:t>3</w:t>
            </w:r>
          </w:p>
        </w:tc>
        <w:tc>
          <w:tcPr>
            <w:tcW w:type="dxa" w:w="1569"/>
          </w:tcPr>
          <w:p>
            <w:r>
              <w:t>無</w:t>
            </w:r>
          </w:p>
        </w:tc>
        <w:tc>
          <w:tcPr>
            <w:tcW w:type="dxa" w:w="1569"/>
          </w:tcPr>
          <w:p>
            <w:r>
              <w:t>是</w:t>
            </w:r>
          </w:p>
        </w:tc>
      </w:tr>
      <w:tr>
        <w:tc>
          <w:tcPr>
            <w:tcW w:type="dxa" w:w="1569"/>
          </w:tcPr>
          <w:p>
            <w:r>
              <w:t>D</w:t>
            </w:r>
          </w:p>
        </w:tc>
        <w:tc>
          <w:tcPr>
            <w:tcW w:type="dxa" w:w="1569"/>
          </w:tcPr>
          <w:p>
            <w:r>
              <w:t>1B</w:t>
            </w:r>
          </w:p>
        </w:tc>
        <w:tc>
          <w:tcPr>
            <w:tcW w:type="dxa" w:w="1569"/>
          </w:tcPr>
          <w:p>
            <w:r>
              <w:t>有</w:t>
            </w:r>
          </w:p>
        </w:tc>
        <w:tc>
          <w:tcPr>
            <w:tcW w:type="dxa" w:w="1569"/>
          </w:tcPr>
          <w:p>
            <w:r>
              <w:t>1</w:t>
            </w:r>
          </w:p>
        </w:tc>
        <w:tc>
          <w:tcPr>
            <w:tcW w:type="dxa" w:w="1569"/>
          </w:tcPr>
          <w:p>
            <w:r>
              <w:t>有</w:t>
            </w:r>
          </w:p>
        </w:tc>
        <w:tc>
          <w:tcPr>
            <w:tcW w:type="dxa" w:w="1569"/>
          </w:tcPr>
          <w:p>
            <w:r>
              <w:t>是</w:t>
            </w:r>
          </w:p>
        </w:tc>
      </w:tr>
      <w:tr>
        <w:tc>
          <w:tcPr>
            <w:tcW w:type="dxa" w:w="1569"/>
          </w:tcPr>
          <w:p>
            <w:r>
              <w:t>E</w:t>
            </w:r>
          </w:p>
        </w:tc>
        <w:tc>
          <w:tcPr>
            <w:tcW w:type="dxa" w:w="1569"/>
          </w:tcPr>
          <w:p>
            <w:r>
              <w:t>1A</w:t>
            </w:r>
          </w:p>
        </w:tc>
        <w:tc>
          <w:tcPr>
            <w:tcW w:type="dxa" w:w="1569"/>
          </w:tcPr>
          <w:p>
            <w:r>
              <w:t>有</w:t>
            </w:r>
          </w:p>
        </w:tc>
        <w:tc>
          <w:tcPr>
            <w:tcW w:type="dxa" w:w="1569"/>
          </w:tcPr>
          <w:p>
            <w:r>
              <w:t>2</w:t>
            </w:r>
          </w:p>
        </w:tc>
        <w:tc>
          <w:tcPr>
            <w:tcW w:type="dxa" w:w="1569"/>
          </w:tcPr>
          <w:p>
            <w:r>
              <w:t>有</w:t>
            </w:r>
          </w:p>
        </w:tc>
        <w:tc>
          <w:tcPr>
            <w:tcW w:type="dxa" w:w="1569"/>
          </w:tcPr>
          <w:p>
            <w:r>
              <w:t>是</w:t>
            </w:r>
          </w:p>
        </w:tc>
      </w:tr>
      <w:tr>
        <w:tc>
          <w:tcPr>
            <w:tcW w:type="dxa" w:w="1569"/>
          </w:tcPr>
          <w:p>
            <w:r>
              <w:t>F</w:t>
            </w:r>
          </w:p>
        </w:tc>
        <w:tc>
          <w:tcPr>
            <w:tcW w:type="dxa" w:w="1569"/>
          </w:tcPr>
          <w:p>
            <w:r>
              <w:t>1C</w:t>
            </w:r>
          </w:p>
        </w:tc>
        <w:tc>
          <w:tcPr>
            <w:tcW w:type="dxa" w:w="1569"/>
          </w:tcPr>
          <w:p>
            <w:r>
              <w:t>無</w:t>
            </w:r>
          </w:p>
        </w:tc>
        <w:tc>
          <w:tcPr>
            <w:tcW w:type="dxa" w:w="1569"/>
          </w:tcPr>
          <w:p>
            <w:r>
              <w:t>3</w:t>
            </w:r>
          </w:p>
        </w:tc>
        <w:tc>
          <w:tcPr>
            <w:tcW w:type="dxa" w:w="1569"/>
          </w:tcPr>
          <w:p>
            <w:r>
              <w:t>有</w:t>
            </w:r>
          </w:p>
        </w:tc>
        <w:tc>
          <w:tcPr>
            <w:tcW w:type="dxa" w:w="1569"/>
          </w:tcPr>
          <w:p>
            <w:r>
              <w:t>否</w:t>
            </w:r>
          </w:p>
        </w:tc>
      </w:tr>
      <w:tr>
        <w:tc>
          <w:tcPr>
            <w:tcW w:type="dxa" w:w="1569"/>
          </w:tcPr>
          <w:p>
            <w:r>
              <w:t>G</w:t>
            </w:r>
          </w:p>
        </w:tc>
        <w:tc>
          <w:tcPr>
            <w:tcW w:type="dxa" w:w="1569"/>
          </w:tcPr>
          <w:p>
            <w:r>
              <w:t>1B</w:t>
            </w:r>
          </w:p>
        </w:tc>
        <w:tc>
          <w:tcPr>
            <w:tcW w:type="dxa" w:w="1569"/>
          </w:tcPr>
          <w:p>
            <w:r>
              <w:t>無</w:t>
            </w:r>
          </w:p>
        </w:tc>
        <w:tc>
          <w:tcPr>
            <w:tcW w:type="dxa" w:w="1569"/>
          </w:tcPr>
          <w:p>
            <w:r>
              <w:t>3</w:t>
            </w:r>
          </w:p>
        </w:tc>
        <w:tc>
          <w:tcPr>
            <w:tcW w:type="dxa" w:w="1569"/>
          </w:tcPr>
          <w:p>
            <w:r>
              <w:t>無</w:t>
            </w:r>
          </w:p>
        </w:tc>
        <w:tc>
          <w:tcPr>
            <w:tcW w:type="dxa" w:w="1569"/>
          </w:tcPr>
          <w:p>
            <w:r>
              <w:t>是</w:t>
            </w:r>
          </w:p>
        </w:tc>
      </w:tr>
      <w:tr>
        <w:tc>
          <w:tcPr>
            <w:tcW w:type="dxa" w:w="1569"/>
          </w:tcPr>
          <w:p>
            <w:r>
              <w:t>H</w:t>
            </w:r>
          </w:p>
        </w:tc>
        <w:tc>
          <w:tcPr>
            <w:tcW w:type="dxa" w:w="1569"/>
          </w:tcPr>
          <w:p>
            <w:r>
              <w:t>1A</w:t>
            </w:r>
          </w:p>
        </w:tc>
        <w:tc>
          <w:tcPr>
            <w:tcW w:type="dxa" w:w="1569"/>
          </w:tcPr>
          <w:p>
            <w:r>
              <w:t>無</w:t>
            </w:r>
          </w:p>
        </w:tc>
        <w:tc>
          <w:tcPr>
            <w:tcW w:type="dxa" w:w="1569"/>
          </w:tcPr>
          <w:p>
            <w:r>
              <w:t>0</w:t>
            </w:r>
          </w:p>
        </w:tc>
        <w:tc>
          <w:tcPr>
            <w:tcW w:type="dxa" w:w="1569"/>
          </w:tcPr>
          <w:p>
            <w:r>
              <w:t>無</w:t>
            </w:r>
          </w:p>
        </w:tc>
        <w:tc>
          <w:tcPr>
            <w:tcW w:type="dxa" w:w="1569"/>
          </w:tcPr>
          <w:p>
            <w:r>
              <w:t>否</w:t>
            </w:r>
          </w:p>
        </w:tc>
      </w:tr>
    </w:tbl>
    <w:p/>
    <w:p>
      <w:pPr>
        <w:pStyle w:val="Heading2"/>
      </w:pPr>
      <w:r>
        <w:t>材料二：規則（前一個開發者寫下）</w:t>
      </w:r>
    </w:p>
    <w:p>
      <w:r>
        <w:t>系統會由上而下檢查，第一條成立的規則就作決定。</w:t>
      </w:r>
    </w:p>
    <w:p>
      <w:pPr>
        <w:pStyle w:val="ListBullet"/>
      </w:pPr>
      <w:r>
        <w:t>第 1 行：如果「家中電腦」＝有 → 推薦</w:t>
      </w:r>
    </w:p>
    <w:p>
      <w:pPr>
        <w:pStyle w:val="ListBullet"/>
      </w:pPr>
      <w:r>
        <w:t>第 2 行：否則，如果「出席節數」≥ 3 → 推薦</w:t>
      </w:r>
    </w:p>
    <w:p>
      <w:pPr>
        <w:pStyle w:val="ListBullet"/>
      </w:pPr>
      <w:r>
        <w:t>第 3 行：否則 → 不推薦</w:t>
      </w:r>
    </w:p>
    <w:p/>
    <w:p>
      <w:pPr>
        <w:pStyle w:val="Heading2"/>
      </w:pPr>
      <w:r>
        <w:t>任務一：找出資料偏斜</w:t>
      </w:r>
    </w:p>
    <w:p>
      <w:r>
        <w:t>用下面的檢查清單，找出資料的問題（提示：數一數，不要憑感覺）。</w:t>
      </w:r>
    </w:p>
    <w:p>
      <w:pPr>
        <w:pStyle w:val="ListBullet"/>
      </w:pPr>
      <w:r>
        <w:t>□ 哪一個屬性「揹起」了決定？（結果是「是」的舊生中，有多少人有電腦？）</w:t>
      </w:r>
    </w:p>
    <w:p>
      <w:pPr>
        <w:pStyle w:val="ListBullet"/>
      </w:pPr>
      <w:r>
        <w:t>□ 哪一類學生沒有被代表？（八個舊生分別來自哪些班？有哪一班完全沒有紀錄？）</w:t>
      </w:r>
    </w:p>
    <w:p>
      <w:pPr>
        <w:pStyle w:val="ListBullet"/>
      </w:pPr>
      <w:r>
        <w:t>□ 資料量度的是甚麼？遺漏了甚麼？</w:t>
      </w:r>
    </w:p>
    <w:p>
      <w:pPr>
        <w:pStyle w:val="ListBullet"/>
      </w:pPr>
      <w:r>
        <w:t>□ 這是資料問題，還是學生問題？為甚麼？</w:t>
      </w:r>
    </w:p>
    <w:p>
      <w:r>
        <w:t>我的答案：</w:t>
      </w:r>
    </w:p>
    <w:p/>
    <w:p/>
    <w:p/>
    <w:p/>
    <w:p>
      <w:pPr>
        <w:pStyle w:val="Heading2"/>
      </w:pPr>
      <w:r>
        <w:t>任務二：追蹤規則</w:t>
      </w:r>
    </w:p>
    <w:p>
      <w:r>
        <w:t>把規則逐步套在下面兩個新學生身上，填追蹤表，寫下是哪一行規則決定了結果。</w:t>
      </w:r>
    </w:p>
    <w:p>
      <w:pPr>
        <w:pStyle w:val="ListBullet"/>
      </w:pPr>
      <w:r>
        <w:t>新學生 X：班別 1D、家中電腦 有、出席 0 節、有人接放學 有</w:t>
      </w:r>
    </w:p>
    <w:p>
      <w:pPr>
        <w:pStyle w:val="ListBullet"/>
      </w:pPr>
      <w:r>
        <w:t>新學生 Y：班別 1D、家中電腦 無、出席 2 節、有人接放學 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c>
          <w:tcPr>
            <w:tcW w:type="dxa" w:w="3137"/>
          </w:tcPr>
          <w:p>
            <w:r/>
            <w:r>
              <w:rPr>
                <w:b/>
              </w:rPr>
              <w:t>步驟</w:t>
            </w:r>
          </w:p>
        </w:tc>
        <w:tc>
          <w:tcPr>
            <w:tcW w:type="dxa" w:w="3137"/>
          </w:tcPr>
          <w:p>
            <w:r/>
            <w:r>
              <w:rPr>
                <w:b/>
              </w:rPr>
              <w:t>新學生 X（1D、有電腦、出席 0）</w:t>
            </w:r>
          </w:p>
        </w:tc>
        <w:tc>
          <w:tcPr>
            <w:tcW w:type="dxa" w:w="3137"/>
          </w:tcPr>
          <w:p>
            <w:r/>
            <w:r>
              <w:rPr>
                <w:b/>
              </w:rPr>
              <w:t>新學生 Y（1D、無電腦、出席 2）</w:t>
            </w:r>
          </w:p>
        </w:tc>
      </w:tr>
      <w:tr>
        <w:tc>
          <w:tcPr>
            <w:tcW w:type="dxa" w:w="3137"/>
          </w:tcPr>
          <w:p>
            <w:r>
              <w:t>第 1 行：家中電腦＝有？</w:t>
            </w:r>
          </w:p>
        </w:tc>
        <w:tc>
          <w:tcPr>
            <w:tcW w:type="dxa" w:w="3137"/>
          </w:tcPr>
          <w:p>
            <w:r/>
          </w:p>
        </w:tc>
        <w:tc>
          <w:tcPr>
            <w:tcW w:type="dxa" w:w="3137"/>
          </w:tcPr>
          <w:p>
            <w:r/>
          </w:p>
        </w:tc>
      </w:tr>
      <w:tr>
        <w:tc>
          <w:tcPr>
            <w:tcW w:type="dxa" w:w="3137"/>
          </w:tcPr>
          <w:p>
            <w:r>
              <w:t>第 2 行：出席 ≥ 3？</w:t>
            </w:r>
          </w:p>
        </w:tc>
        <w:tc>
          <w:tcPr>
            <w:tcW w:type="dxa" w:w="3137"/>
          </w:tcPr>
          <w:p>
            <w:r/>
          </w:p>
        </w:tc>
        <w:tc>
          <w:tcPr>
            <w:tcW w:type="dxa" w:w="3137"/>
          </w:tcPr>
          <w:p>
            <w:r/>
          </w:p>
        </w:tc>
      </w:tr>
      <w:tr>
        <w:tc>
          <w:tcPr>
            <w:tcW w:type="dxa" w:w="3137"/>
          </w:tcPr>
          <w:p>
            <w:r>
              <w:t>第 3 行</w:t>
            </w:r>
          </w:p>
        </w:tc>
        <w:tc>
          <w:tcPr>
            <w:tcW w:type="dxa" w:w="3137"/>
          </w:tcPr>
          <w:p>
            <w:r/>
          </w:p>
        </w:tc>
        <w:tc>
          <w:tcPr>
            <w:tcW w:type="dxa" w:w="3137"/>
          </w:tcPr>
          <w:p>
            <w:r/>
          </w:p>
        </w:tc>
      </w:tr>
      <w:tr>
        <w:tc>
          <w:tcPr>
            <w:tcW w:type="dxa" w:w="3137"/>
          </w:tcPr>
          <w:p>
            <w:r>
              <w:t>結果</w:t>
            </w:r>
          </w:p>
        </w:tc>
        <w:tc>
          <w:tcPr>
            <w:tcW w:type="dxa" w:w="3137"/>
          </w:tcPr>
          <w:p>
            <w:r/>
          </w:p>
        </w:tc>
        <w:tc>
          <w:tcPr>
            <w:tcW w:type="dxa" w:w="3137"/>
          </w:tcPr>
          <w:p>
            <w:r/>
          </w:p>
        </w:tc>
      </w:tr>
      <w:tr>
        <w:tc>
          <w:tcPr>
            <w:tcW w:type="dxa" w:w="3137"/>
          </w:tcPr>
          <w:p>
            <w:r>
              <w:t>哪一行決定</w:t>
            </w:r>
          </w:p>
        </w:tc>
        <w:tc>
          <w:tcPr>
            <w:tcW w:type="dxa" w:w="3137"/>
          </w:tcPr>
          <w:p>
            <w:r/>
          </w:p>
        </w:tc>
        <w:tc>
          <w:tcPr>
            <w:tcW w:type="dxa" w:w="3137"/>
          </w:tcPr>
          <w:p>
            <w:r/>
          </w:p>
        </w:tc>
      </w:tr>
      <w:tr>
        <w:tc>
          <w:tcPr>
            <w:tcW w:type="dxa" w:w="3137"/>
          </w:tcPr>
          <w:p>
            <w:r>
              <w:t>有問題嗎？</w:t>
            </w:r>
          </w:p>
        </w:tc>
        <w:tc>
          <w:tcPr>
            <w:tcW w:type="dxa" w:w="3137"/>
          </w:tcPr>
          <w:p>
            <w:r/>
          </w:p>
        </w:tc>
        <w:tc>
          <w:tcPr>
            <w:tcW w:type="dxa" w:w="3137"/>
          </w:tcPr>
          <w:p>
            <w:r/>
          </w:p>
        </w:tc>
      </w:tr>
    </w:tbl>
    <w:p/>
    <w:p>
      <w:pPr>
        <w:pStyle w:val="Heading2"/>
      </w:pPr>
      <w:r>
        <w:t>任務三：提出修復與代價</w:t>
      </w:r>
    </w:p>
    <w:p>
      <w:r>
        <w:t>提出一個改動（改規則或改資料），並填表。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c>
          <w:tcPr>
            <w:tcW w:type="dxa" w:w="2353"/>
          </w:tcPr>
          <w:p>
            <w:r/>
            <w:r>
              <w:rPr>
                <w:b/>
              </w:rPr>
              <w:t>改動</w:t>
            </w:r>
          </w:p>
        </w:tc>
        <w:tc>
          <w:tcPr>
            <w:tcW w:type="dxa" w:w="2353"/>
          </w:tcPr>
          <w:p>
            <w:r/>
            <w:r>
              <w:rPr>
                <w:b/>
              </w:rPr>
              <w:t>幫到誰</w:t>
            </w:r>
          </w:p>
        </w:tc>
        <w:tc>
          <w:tcPr>
            <w:tcW w:type="dxa" w:w="2353"/>
          </w:tcPr>
          <w:p>
            <w:r/>
            <w:r>
              <w:rPr>
                <w:b/>
              </w:rPr>
              <w:t>可能不利於誰</w:t>
            </w:r>
          </w:p>
        </w:tc>
        <w:tc>
          <w:tcPr>
            <w:tcW w:type="dxa" w:w="2353"/>
          </w:tcPr>
          <w:p>
            <w:r/>
            <w:r>
              <w:rPr>
                <w:b/>
              </w:rPr>
              <w:t>仍做不到甚麼</w:t>
            </w:r>
          </w:p>
        </w:tc>
      </w:tr>
      <w:tr>
        <w:tc>
          <w:tcPr>
            <w:tcW w:type="dxa" w:w="2353"/>
          </w:tcPr>
          <w:p>
            <w:r/>
          </w:p>
        </w:tc>
        <w:tc>
          <w:tcPr>
            <w:tcW w:type="dxa" w:w="2353"/>
          </w:tcPr>
          <w:p>
            <w:r/>
          </w:p>
        </w:tc>
        <w:tc>
          <w:tcPr>
            <w:tcW w:type="dxa" w:w="2353"/>
          </w:tcPr>
          <w:p>
            <w:r/>
          </w:p>
        </w:tc>
        <w:tc>
          <w:tcPr>
            <w:tcW w:type="dxa" w:w="2353"/>
          </w:tcPr>
          <w:p>
            <w:r/>
          </w:p>
        </w:tc>
      </w:tr>
      <w:tr>
        <w:tc>
          <w:tcPr>
            <w:tcW w:type="dxa" w:w="2353"/>
          </w:tcPr>
          <w:p>
            <w:r/>
          </w:p>
        </w:tc>
        <w:tc>
          <w:tcPr>
            <w:tcW w:type="dxa" w:w="2353"/>
          </w:tcPr>
          <w:p>
            <w:r/>
          </w:p>
        </w:tc>
        <w:tc>
          <w:tcPr>
            <w:tcW w:type="dxa" w:w="2353"/>
          </w:tcPr>
          <w:p>
            <w:r/>
          </w:p>
        </w:tc>
        <w:tc>
          <w:tcPr>
            <w:tcW w:type="dxa" w:w="2353"/>
          </w:tcPr>
          <w:p>
            <w:r/>
          </w:p>
        </w:tc>
      </w:tr>
    </w:tbl>
    <w:p/>
    <w:p>
      <w:pPr>
        <w:pStyle w:val="Heading2"/>
      </w:pPr>
      <w:r>
        <w:t>任務四：寫發行說明</w:t>
      </w:r>
    </w:p>
    <w:p>
      <w:r>
        <w:t>寫 4–6 句，說明你修復後的系統。</w:t>
      </w:r>
    </w:p>
    <w:p>
      <w:pPr>
        <w:pStyle w:val="ListBullet"/>
      </w:pPr>
      <w:r>
        <w:t>修復後，系統現在用甚麼來作決定：＿＿＿＿＿＿</w:t>
      </w:r>
    </w:p>
    <w:p>
      <w:pPr>
        <w:pStyle w:val="ListBullet"/>
      </w:pPr>
      <w:r>
        <w:t>可以安全地用於：＿＿＿＿＿＿</w:t>
      </w:r>
    </w:p>
    <w:p>
      <w:pPr>
        <w:pStyle w:val="ListBullet"/>
      </w:pPr>
      <w:r>
        <w:t>不可以用於：＿＿＿＿＿＿</w:t>
      </w:r>
    </w:p>
    <w:p>
      <w:pPr>
        <w:pStyle w:val="ListBullet"/>
      </w:pPr>
      <w:r>
        <w:t>必須由真人（老師）看過才作決定的情況：＿＿＿＿＿＿</w:t>
      </w:r>
    </w:p>
    <w:p/>
    <w:p/>
    <w:p/>
    <w:p>
      <w:r>
        <w:br w:type="page"/>
      </w:r>
    </w:p>
    <w:p>
      <w:pPr>
        <w:pStyle w:val="Heading1"/>
      </w:pPr>
      <w:r>
        <w:t>答案與評分要點（教師用）</w:t>
      </w:r>
    </w:p>
    <w:p>
      <w:pPr>
        <w:pStyle w:val="Heading2"/>
      </w:pPr>
      <w:r>
        <w:t>任務一：找出資料偏斜</w:t>
      </w:r>
    </w:p>
    <w:p>
      <w:pPr>
        <w:pStyle w:val="ListBullet"/>
      </w:pPr>
      <w:r>
        <w:t>揹起決定的屬性：「家中電腦」。六個「留低並享受」的舊生中，五個（A–E）都有電腦在家；規則的第 1 行單靠它便決定了五個個案。</w:t>
      </w:r>
    </w:p>
    <w:p>
      <w:pPr>
        <w:pStyle w:val="ListBullet"/>
      </w:pPr>
      <w:r>
        <w:t>沒有被代表的學生：1D 全班沒有紀錄（八個舊生中，四個來自 1A、三個 1B、一個 1C，1D 一個也沒有）。</w:t>
      </w:r>
    </w:p>
    <w:p>
      <w:pPr>
        <w:pStyle w:val="ListBullet"/>
      </w:pPr>
      <w:r>
        <w:t>這是資料問題，不是學生問題：資料量度的是「有沒有電腦」，不是「有沒有興趣」；有電腦的學生被過度代表，令系統誤以為「有電腦」是原因。好答案會說出「資料量度了甚麼、遺漏了甚麼」。</w:t>
      </w:r>
    </w:p>
    <w:p>
      <w:pPr>
        <w:pStyle w:val="Heading2"/>
      </w:pPr>
      <w:r>
        <w:t>任務二：追蹤規則（答案）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c>
          <w:tcPr>
            <w:tcW w:type="dxa" w:w="3137"/>
          </w:tcPr>
          <w:p>
            <w:r/>
            <w:r>
              <w:rPr>
                <w:b/>
              </w:rPr>
              <w:t>步驟</w:t>
            </w:r>
          </w:p>
        </w:tc>
        <w:tc>
          <w:tcPr>
            <w:tcW w:type="dxa" w:w="3137"/>
          </w:tcPr>
          <w:p>
            <w:r/>
            <w:r>
              <w:rPr>
                <w:b/>
              </w:rPr>
              <w:t>新學生 X（1D、有電腦、出席 0）</w:t>
            </w:r>
          </w:p>
        </w:tc>
        <w:tc>
          <w:tcPr>
            <w:tcW w:type="dxa" w:w="3137"/>
          </w:tcPr>
          <w:p>
            <w:r/>
            <w:r>
              <w:rPr>
                <w:b/>
              </w:rPr>
              <w:t>新學生 Y（1D、無電腦、出席 2）</w:t>
            </w:r>
          </w:p>
        </w:tc>
      </w:tr>
      <w:tr>
        <w:tc>
          <w:tcPr>
            <w:tcW w:type="dxa" w:w="3137"/>
          </w:tcPr>
          <w:p>
            <w:r>
              <w:t>第 1 行：家中電腦＝有？</w:t>
            </w:r>
          </w:p>
        </w:tc>
        <w:tc>
          <w:tcPr>
            <w:tcW w:type="dxa" w:w="3137"/>
          </w:tcPr>
          <w:p>
            <w:r>
              <w:t>是 → 推薦（停在第 1 行）</w:t>
            </w:r>
          </w:p>
        </w:tc>
        <w:tc>
          <w:tcPr>
            <w:tcW w:type="dxa" w:w="3137"/>
          </w:tcPr>
          <w:p>
            <w:r>
              <w:t>否 → 落到第 2 行</w:t>
            </w:r>
          </w:p>
        </w:tc>
      </w:tr>
      <w:tr>
        <w:tc>
          <w:tcPr>
            <w:tcW w:type="dxa" w:w="3137"/>
          </w:tcPr>
          <w:p>
            <w:r>
              <w:t>第 2 行：出席 ≥ 3？</w:t>
            </w:r>
          </w:p>
        </w:tc>
        <w:tc>
          <w:tcPr>
            <w:tcW w:type="dxa" w:w="3137"/>
          </w:tcPr>
          <w:p>
            <w:r>
              <w:t>不適用</w:t>
            </w:r>
          </w:p>
        </w:tc>
        <w:tc>
          <w:tcPr>
            <w:tcW w:type="dxa" w:w="3137"/>
          </w:tcPr>
          <w:p>
            <w:r>
              <w:t>否（2 &lt; 3）→ 落到第 3 行</w:t>
            </w:r>
          </w:p>
        </w:tc>
      </w:tr>
      <w:tr>
        <w:tc>
          <w:tcPr>
            <w:tcW w:type="dxa" w:w="3137"/>
          </w:tcPr>
          <w:p>
            <w:r>
              <w:t>第 3 行</w:t>
            </w:r>
          </w:p>
        </w:tc>
        <w:tc>
          <w:tcPr>
            <w:tcW w:type="dxa" w:w="3137"/>
          </w:tcPr>
          <w:p>
            <w:r>
              <w:t>不適用</w:t>
            </w:r>
          </w:p>
        </w:tc>
        <w:tc>
          <w:tcPr>
            <w:tcW w:type="dxa" w:w="3137"/>
          </w:tcPr>
          <w:p>
            <w:r>
              <w:t>→ 不推薦</w:t>
            </w:r>
          </w:p>
        </w:tc>
      </w:tr>
      <w:tr>
        <w:tc>
          <w:tcPr>
            <w:tcW w:type="dxa" w:w="3137"/>
          </w:tcPr>
          <w:p>
            <w:r>
              <w:t>結果</w:t>
            </w:r>
          </w:p>
        </w:tc>
        <w:tc>
          <w:tcPr>
            <w:tcW w:type="dxa" w:w="3137"/>
          </w:tcPr>
          <w:p>
            <w:r>
              <w:t>推薦</w:t>
            </w:r>
          </w:p>
        </w:tc>
        <w:tc>
          <w:tcPr>
            <w:tcW w:type="dxa" w:w="3137"/>
          </w:tcPr>
          <w:p>
            <w:r>
              <w:t>不推薦</w:t>
            </w:r>
          </w:p>
        </w:tc>
      </w:tr>
      <w:tr>
        <w:tc>
          <w:tcPr>
            <w:tcW w:type="dxa" w:w="3137"/>
          </w:tcPr>
          <w:p>
            <w:r>
              <w:t>哪一行決定</w:t>
            </w:r>
          </w:p>
        </w:tc>
        <w:tc>
          <w:tcPr>
            <w:tcW w:type="dxa" w:w="3137"/>
          </w:tcPr>
          <w:p>
            <w:r>
              <w:t>第 1 行</w:t>
            </w:r>
          </w:p>
        </w:tc>
        <w:tc>
          <w:tcPr>
            <w:tcW w:type="dxa" w:w="3137"/>
          </w:tcPr>
          <w:p>
            <w:r>
              <w:t>第 3 行</w:t>
            </w:r>
          </w:p>
        </w:tc>
      </w:tr>
      <w:tr>
        <w:tc>
          <w:tcPr>
            <w:tcW w:type="dxa" w:w="3137"/>
          </w:tcPr>
          <w:p>
            <w:r>
              <w:t>有問題嗎？</w:t>
            </w:r>
          </w:p>
        </w:tc>
        <w:tc>
          <w:tcPr>
            <w:tcW w:type="dxa" w:w="3137"/>
          </w:tcPr>
          <w:p>
            <w:r>
              <w:t>有——X 從未出席，只因「有電腦」就被推薦</w:t>
            </w:r>
          </w:p>
        </w:tc>
        <w:tc>
          <w:tcPr>
            <w:tcW w:type="dxa" w:w="3137"/>
          </w:tcPr>
          <w:p>
            <w:r>
              <w:t>有——Y 出席過 2 節、來自 1D（訓練資料沒有 1D），只因門檻與資料缺口被拒</w:t>
            </w:r>
          </w:p>
        </w:tc>
      </w:tr>
    </w:tbl>
    <w:p>
      <w:pPr>
        <w:pStyle w:val="Heading2"/>
      </w:pPr>
      <w:r>
        <w:t>任務三：修復與代價（例子）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c>
          <w:tcPr>
            <w:tcW w:type="dxa" w:w="2353"/>
          </w:tcPr>
          <w:p>
            <w:r/>
            <w:r>
              <w:rPr>
                <w:b/>
              </w:rPr>
              <w:t>改動</w:t>
            </w:r>
          </w:p>
        </w:tc>
        <w:tc>
          <w:tcPr>
            <w:tcW w:type="dxa" w:w="2353"/>
          </w:tcPr>
          <w:p>
            <w:r/>
            <w:r>
              <w:rPr>
                <w:b/>
              </w:rPr>
              <w:t>幫到誰</w:t>
            </w:r>
          </w:p>
        </w:tc>
        <w:tc>
          <w:tcPr>
            <w:tcW w:type="dxa" w:w="2353"/>
          </w:tcPr>
          <w:p>
            <w:r/>
            <w:r>
              <w:rPr>
                <w:b/>
              </w:rPr>
              <w:t>可能不利於誰</w:t>
            </w:r>
          </w:p>
        </w:tc>
        <w:tc>
          <w:tcPr>
            <w:tcW w:type="dxa" w:w="2353"/>
          </w:tcPr>
          <w:p>
            <w:r/>
            <w:r>
              <w:rPr>
                <w:b/>
              </w:rPr>
              <w:t>仍做不到甚麼</w:t>
            </w:r>
          </w:p>
        </w:tc>
      </w:tr>
      <w:tr>
        <w:tc>
          <w:tcPr>
            <w:tcW w:type="dxa" w:w="2353"/>
          </w:tcPr>
          <w:p>
            <w:r>
              <w:t>把第 1 行的「家中電腦」改成「出席節數 ≥ 1」</w:t>
            </w:r>
          </w:p>
        </w:tc>
        <w:tc>
          <w:tcPr>
            <w:tcW w:type="dxa" w:w="2353"/>
          </w:tcPr>
          <w:p>
            <w:r>
              <w:t>沒有電腦在家但有興趣、出席過的學生</w:t>
            </w:r>
          </w:p>
        </w:tc>
        <w:tc>
          <w:tcPr>
            <w:tcW w:type="dxa" w:w="2353"/>
          </w:tcPr>
          <w:p>
            <w:r>
              <w:t>從未出席但其實有興趣的學生（被門檻擋住）</w:t>
            </w:r>
          </w:p>
        </w:tc>
        <w:tc>
          <w:tcPr>
            <w:tcW w:type="dxa" w:w="2353"/>
          </w:tcPr>
          <w:p>
            <w:r>
              <w:t>知道學生「為甚麼」有興趣、興趣能否持續</w:t>
            </w:r>
          </w:p>
        </w:tc>
      </w:tr>
      <w:tr>
        <w:tc>
          <w:tcPr>
            <w:tcW w:type="dxa" w:w="2353"/>
          </w:tcPr>
          <w:p>
            <w:r>
              <w:t>補資料：加入更多 1C、1D 與「無電腦」的舊生</w:t>
            </w:r>
          </w:p>
        </w:tc>
        <w:tc>
          <w:tcPr>
            <w:tcW w:type="dxa" w:w="2353"/>
          </w:tcPr>
          <w:p>
            <w:r>
              <w:t>被遺漏的班別與沒有電腦的學生</w:t>
            </w:r>
          </w:p>
        </w:tc>
        <w:tc>
          <w:tcPr>
            <w:tcW w:type="dxa" w:w="2353"/>
          </w:tcPr>
          <w:p>
            <w:r>
              <w:t>補資料需時，短期內系統仍會錯；也可能把某一班的個別情況當成全班</w:t>
            </w:r>
          </w:p>
        </w:tc>
        <w:tc>
          <w:tcPr>
            <w:tcW w:type="dxa" w:w="2353"/>
          </w:tcPr>
          <w:p>
            <w:r>
              <w:t>保證新資料本身沒有新的偏斜</w:t>
            </w:r>
          </w:p>
        </w:tc>
      </w:tr>
      <w:tr>
        <w:tc>
          <w:tcPr>
            <w:tcW w:type="dxa" w:w="2353"/>
          </w:tcPr>
          <w:p>
            <w:r>
              <w:t>加人工覆核：凡「不推薦」都由老師與學生傾談</w:t>
            </w:r>
          </w:p>
        </w:tc>
        <w:tc>
          <w:tcPr>
            <w:tcW w:type="dxa" w:w="2353"/>
          </w:tcPr>
          <w:p>
            <w:r>
              <w:t>被系統錯誤拒絕的學生</w:t>
            </w:r>
          </w:p>
        </w:tc>
        <w:tc>
          <w:tcPr>
            <w:tcW w:type="dxa" w:w="2353"/>
          </w:tcPr>
          <w:p>
            <w:r>
              <w:t>老師時間有限，覆核可能排後</w:t>
            </w:r>
          </w:p>
        </w:tc>
        <w:tc>
          <w:tcPr>
            <w:tcW w:type="dxa" w:w="2353"/>
          </w:tcPr>
          <w:p>
            <w:r>
              <w:t>完全消除人的偏見（人也有偏見）</w:t>
            </w:r>
          </w:p>
        </w:tc>
      </w:tr>
    </w:tbl>
    <w:p>
      <w:r>
        <w:t>好答案的判準：有「改動」＋「幫到誰」＋「可能不利於誰」＋「一件仍做不到的事」四項，其中「仍做不到」要具體。只寫「改得公平一點」而說不出代價，屬未達標。</w:t>
      </w:r>
    </w:p>
    <w:p>
      <w:pPr>
        <w:pStyle w:val="Heading2"/>
      </w:pPr>
      <w:r>
        <w:t>發行說明：評分指引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4706"/>
          </w:tcPr>
          <w:p>
            <w:r/>
            <w:r>
              <w:rPr>
                <w:b/>
              </w:rPr>
              <w:t>程度</w:t>
            </w:r>
          </w:p>
        </w:tc>
        <w:tc>
          <w:tcPr>
            <w:tcW w:type="dxa" w:w="4706"/>
          </w:tcPr>
          <w:p>
            <w:r/>
            <w:r>
              <w:rPr>
                <w:b/>
              </w:rPr>
              <w:t>表現</w:t>
            </w:r>
          </w:p>
        </w:tc>
      </w:tr>
      <w:tr>
        <w:tc>
          <w:tcPr>
            <w:tcW w:type="dxa" w:w="4706"/>
          </w:tcPr>
          <w:p>
            <w:r>
              <w:t>強</w:t>
            </w:r>
          </w:p>
        </w:tc>
        <w:tc>
          <w:tcPr>
            <w:tcW w:type="dxa" w:w="4706"/>
          </w:tcPr>
          <w:p>
            <w:r>
              <w:t>四部分齊全且具體：「可用於」有實例；「不可用於」點出具體傷害；「真人必須看」有觸發點。</w:t>
            </w:r>
          </w:p>
        </w:tc>
      </w:tr>
      <w:tr>
        <w:tc>
          <w:tcPr>
            <w:tcW w:type="dxa" w:w="4706"/>
          </w:tcPr>
          <w:p>
            <w:r>
              <w:t>發展中</w:t>
            </w:r>
          </w:p>
        </w:tc>
        <w:tc>
          <w:tcPr>
            <w:tcW w:type="dxa" w:w="4706"/>
          </w:tcPr>
          <w:p>
            <w:r>
              <w:t>只寫出其中兩三部分，或各部分都有但空泛（「小心使用」「有時要人看」）。</w:t>
            </w:r>
          </w:p>
        </w:tc>
      </w:tr>
      <w:tr>
        <w:tc>
          <w:tcPr>
            <w:tcW w:type="dxa" w:w="4706"/>
          </w:tcPr>
          <w:p>
            <w:r>
              <w:t>需要協助</w:t>
            </w:r>
          </w:p>
        </w:tc>
        <w:tc>
          <w:tcPr>
            <w:tcW w:type="dxa" w:w="4706"/>
          </w:tcPr>
          <w:p>
            <w:r>
              <w:t>只寫一句「系統現在好多了」，或只重複任務字眼，沒有用途或界限。</w:t>
            </w:r>
          </w:p>
        </w:tc>
      </w:tr>
    </w:tbl>
    <w:p>
      <w:pPr>
        <w:pStyle w:val="Heading2"/>
      </w:pPr>
      <w:r>
        <w:t>不要評分的事項</w:t>
      </w:r>
    </w:p>
    <w:p>
      <w:pPr>
        <w:pStyle w:val="ListBullet"/>
      </w:pPr>
      <w:r>
        <w:t>不要評分修復「夠不夠大」——一個說得出代價的小修復，好過一個說不出代價的「完美」方案。</w:t>
      </w:r>
    </w:p>
    <w:p>
      <w:pPr>
        <w:pStyle w:val="ListBullet"/>
      </w:pPr>
      <w:r>
        <w:t>不要評分學生有沒有用 AI 工具，也不要評分答案是否「政治正確」。</w:t>
      </w:r>
    </w:p>
    <w:p>
      <w:pPr>
        <w:pStyle w:val="ListBullet"/>
      </w:pPr>
      <w:r>
        <w:t>不要因學生提到「家中電腦」就假設觸及家境或敏感資料——這只是學校紀錄中的一個屬性。</w:t>
      </w:r>
    </w:p>
    <w:sectPr w:rsidR="00FC693F" w:rsidRPr="0006063C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