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教師一頁說明：學術誠信聲明怎樣用</w:t>
      </w:r>
    </w:p>
    <w:p>
      <w:r>
        <w:rPr>
          <w:rFonts w:ascii="Quicksand" w:hAnsi="Quicksand" w:cs="Quicksand" w:eastAsia="Noto Sans TC"/>
          <w:color w:val="6F6F6F"/>
          <w:sz w:val="24"/>
        </w:rPr>
        <w:t>S1–S6 全科／跨科 · 教師用 · 版本 1.0（2026-11-05）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頁首五項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學習階段：</w:t>
      </w:r>
      <w:r>
        <w:rPr>
          <w:rFonts w:ascii="Quicksand" w:hAnsi="Quicksand" w:cs="Quicksand" w:eastAsia="Noto Sans TC"/>
          <w:b/>
          <w:color w:val="080808"/>
          <w:sz w:val="21"/>
        </w:rPr>
        <w:t>S1–S6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科目：</w:t>
      </w:r>
      <w:r>
        <w:rPr>
          <w:rFonts w:ascii="Quicksand" w:hAnsi="Quicksand" w:cs="Quicksand" w:eastAsia="Noto Sans TC"/>
          <w:b/>
          <w:color w:val="080808"/>
          <w:sz w:val="21"/>
        </w:rPr>
        <w:t>全科／跨科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學習範疇：</w:t>
      </w:r>
      <w:r>
        <w:rPr>
          <w:rFonts w:ascii="Quicksand" w:hAnsi="Quicksand" w:cs="Quicksand" w:eastAsia="Noto Sans TC"/>
          <w:b/>
          <w:color w:val="080808"/>
          <w:sz w:val="21"/>
        </w:rPr>
        <w:t>人工智能的基本運作原理／人機溝通和協作／應用人工智能的反思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對應文件：</w:t>
      </w:r>
      <w:r>
        <w:rPr>
          <w:rFonts w:ascii="Quicksand" w:hAnsi="Quicksand" w:cs="Quicksand" w:eastAsia="Noto Sans TC"/>
          <w:b/>
          <w:color w:val="080808"/>
          <w:sz w:val="21"/>
        </w:rPr>
        <w:t>《中小學數字教育發展藍圖》、《中小學人工智能素養學習架構》、教育局通函第 156/2026 號（附錄一 第 4 節 堅守學術誠信與防範思考外判；附錄一 第 3 節 堅持專業把關；附錄二 教師資訊包「四. 重要訊息 4 學生篇」合規守法與安全）</w:t>
      </w:r>
    </w:p>
    <w:p>
      <w:r>
        <w:rPr>
          <w:rFonts w:ascii="Quicksand" w:hAnsi="Quicksand" w:cs="Quicksand" w:eastAsia="Noto Sans TC"/>
          <w:b/>
          <w:color w:val="6F6F6F"/>
          <w:sz w:val="21"/>
        </w:rPr>
        <w:t>準備所需時間：</w:t>
      </w:r>
      <w:r>
        <w:rPr>
          <w:rFonts w:ascii="Quicksand" w:hAnsi="Quicksand" w:cs="Quicksand" w:eastAsia="Noto Sans TC"/>
          <w:b/>
          <w:color w:val="080808"/>
          <w:sz w:val="21"/>
        </w:rPr>
        <w:t>教師首次說明約 10 分鐘；學生每份功課填寫約 30 秒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這一頁的三個用途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讓學生用三十秒說清楚：哪一級、用在哪一步、怎樣核實與改寫。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讓教師有一個可以抽查的位置——只抽查第五欄，而不是逐份核對全文。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讓科組在討論「這份功課接不接受」時，有一份共同的紀錄可以對照。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聲明不改變學校的評核政策，不適用於測驗與考試；功課是否接受、屬哪一級，判定權在科組與學校機制。使用人工智能本身不是違規——這一頁記錄的是使用的程度，以及有沒有核實與改寫。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三種情境的用法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93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情境</w:t>
            </w:r>
          </w:p>
        </w:tc>
        <w:tc>
          <w:tcPr>
            <w:tcW w:type="dxa" w:w="200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何時</w:t>
            </w:r>
          </w:p>
        </w:tc>
        <w:tc>
          <w:tcPr>
            <w:tcW w:type="dxa" w:w="428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做甚麼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不做甚麼</w:t>
            </w:r>
          </w:p>
        </w:tc>
      </w:tr>
      <w:tr>
        <w:tc>
          <w:tcPr>
            <w:tcW w:type="dxa" w:w="93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事前</w:t>
            </w:r>
          </w:p>
        </w:tc>
        <w:tc>
          <w:tcPr>
            <w:tcW w:type="dxa" w:w="200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派發第一份功課時，約 10 分鐘</w:t>
            </w:r>
          </w:p>
        </w:tc>
        <w:tc>
          <w:tcPr>
            <w:tcW w:type="dxa" w:w="42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連第一份功課一併派發，用 10 分鐘讀一次四級與第五欄的三個示範；說明這一頁不計分，也不排名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不逐條朗讀六欄；不在第一次就講罰則</w:t>
            </w:r>
          </w:p>
        </w:tc>
      </w:tr>
      <w:tr>
        <w:tc>
          <w:tcPr>
            <w:tcW w:type="dxa" w:w="93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事中</w:t>
            </w:r>
          </w:p>
        </w:tc>
        <w:tc>
          <w:tcPr>
            <w:tcW w:type="dxa" w:w="200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功課進行期間</w:t>
            </w:r>
          </w:p>
        </w:tc>
        <w:tc>
          <w:tcPr>
            <w:tcW w:type="dxa" w:w="42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只抽查第五欄：抽五至八份，看那一句有沒有具體動作；寫「已核實」而無具體動作，退回重寫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不逐份核對全文；不要求學生交出對話紀錄</w:t>
            </w:r>
          </w:p>
        </w:tc>
      </w:tr>
      <w:tr>
        <w:tc>
          <w:tcPr>
            <w:tcW w:type="dxa" w:w="93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事後</w:t>
            </w:r>
          </w:p>
        </w:tc>
        <w:tc>
          <w:tcPr>
            <w:tcW w:type="dxa" w:w="200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收回之後</w:t>
            </w:r>
          </w:p>
        </w:tc>
        <w:tc>
          <w:tcPr>
            <w:tcW w:type="dxa" w:w="42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與「幻覺」追查的紀錄對照：學生說核實了甚麼、追查表上又記了甚麼；情節嚴重者按學校機制處理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不自行判定為違規；不把聲明當作處分依據</w:t>
            </w:r>
          </w:p>
        </w:tc>
      </w:tr>
    </w:tbl>
    <w:p>
      <w:pPr>
        <w:pStyle w:val="ListBullet"/>
      </w:pPr>
      <w:r>
        <w:rPr>
          <w:rFonts w:ascii="Quicksand" w:hAnsi="Quicksand" w:cs="Quicksand" w:eastAsia="Noto Sans TC"/>
          <w:sz w:val="21"/>
        </w:rPr>
        <w:t>事中只抽查第五欄，是為了做得久：一學期抽十次，比一次逐份核對有用。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「已核實」而無具體動作即退回重寫——這是唯一一個固定的後果，它不是處分：不影響分數，也不記錄在別的地方。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事後對照，是用另一份紀錄檢查這一份；兩者不一致，先問「哪一份寫漏了」，不要先問「哪一份說謊」。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為甚麼不計分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不計分：一旦計分，學生會選一個「較安全」的級別，記錄就不再可信。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不排名：班際或級際比較 L0 至 L3 的分佈，會令使用工具變成一件要被比較的事。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不與教師考績掛鈎：否則教師會傾向要求學生少填或簡化。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080808"/>
          <w:sz w:val="24"/>
        </w:rPr>
        <w:t>第五欄達標與退回重寫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達標的樣子（例子虛構）</w:t>
            </w:r>
          </w:p>
        </w:tc>
        <w:tc>
          <w:tcPr>
            <w:tcW w:type="dxa" w:w="481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要退回重寫的寫法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「對照課本第 3 章與官方網站的數字，兩者不同，採用課本的一個」</w:t>
            </w:r>
          </w:p>
        </w:tc>
        <w:tc>
          <w:tcPr>
            <w:tcW w:type="dxa" w:w="481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「已核實」——沒有說核實了甚麼、用甚麼核實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「把工具寫的三段合併為兩段，全部句子重寫，刪去一個沒有來源的數字」</w:t>
            </w:r>
          </w:p>
        </w:tc>
        <w:tc>
          <w:tcPr>
            <w:tcW w:type="dxa" w:w="481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「有改寫」——沒有說改了哪一段、改了幾多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「工具提到的一個年份在本校課本沒有記載，已刪去，沒有寫進功課」</w:t>
            </w:r>
          </w:p>
        </w:tc>
        <w:tc>
          <w:tcPr>
            <w:tcW w:type="dxa" w:w="481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「參考過資料」——沒有說是哪一份資料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481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「老師應該明白」——把說明交給讀者補完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與校內兩份資源的接口：核實的一頁用「幻覺」追查：可重複的多來源核實程序；情節嚴重的個案，按「應對人工智能生成的騷擾：四步程序及記錄表」所列的校內機制處理。兩份資源的文字不改，本頁亦不另設表格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